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6BF7A" w14:textId="1B5B8C80" w:rsidR="00BF6222" w:rsidRPr="00B0525F" w:rsidRDefault="001D5C18">
      <w:pPr>
        <w:spacing w:after="40" w:line="252" w:lineRule="auto"/>
        <w:jc w:val="center"/>
        <w:rPr>
          <w:lang w:val="it-IT"/>
        </w:rPr>
      </w:pPr>
      <w:r w:rsidRPr="00194F52">
        <w:rPr>
          <w:noProof/>
          <w:sz w:val="24"/>
          <w:szCs w:val="24"/>
          <w:lang w:val="it-IT" w:eastAsia="it-IT"/>
        </w:rPr>
        <w:drawing>
          <wp:anchor distT="0" distB="0" distL="114300" distR="114300" simplePos="0" relativeHeight="251656192" behindDoc="1" locked="0" layoutInCell="1" allowOverlap="1" wp14:anchorId="7CE2CDF8" wp14:editId="3D6232C4">
            <wp:simplePos x="0" y="0"/>
            <wp:positionH relativeFrom="column">
              <wp:posOffset>4410075</wp:posOffset>
            </wp:positionH>
            <wp:positionV relativeFrom="paragraph">
              <wp:posOffset>332740</wp:posOffset>
            </wp:positionV>
            <wp:extent cx="2335530" cy="1314450"/>
            <wp:effectExtent l="0" t="0" r="7620" b="0"/>
            <wp:wrapSquare wrapText="bothSides"/>
            <wp:docPr id="107916353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9163531" name="Immagine 107916353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35530" cy="13144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0525F">
        <w:rPr>
          <w:rFonts w:ascii="Arial" w:hAnsi="Arial"/>
          <w:b/>
          <w:color w:val="2C3E50"/>
          <w:sz w:val="20"/>
          <w:lang w:val="it-IT"/>
        </w:rPr>
        <w:t xml:space="preserve">ISTITUTO "G. FERRARI" – </w:t>
      </w:r>
      <w:proofErr w:type="gramStart"/>
      <w:r w:rsidRPr="00B0525F">
        <w:rPr>
          <w:rFonts w:ascii="Arial" w:hAnsi="Arial"/>
          <w:b/>
          <w:color w:val="2C3E50"/>
          <w:sz w:val="20"/>
          <w:lang w:val="it-IT"/>
        </w:rPr>
        <w:t>Borgosesia  |</w:t>
      </w:r>
      <w:proofErr w:type="gramEnd"/>
      <w:r w:rsidRPr="00B0525F">
        <w:rPr>
          <w:rFonts w:ascii="Arial" w:hAnsi="Arial"/>
          <w:b/>
          <w:color w:val="2C3E50"/>
          <w:sz w:val="20"/>
          <w:lang w:val="it-IT"/>
        </w:rPr>
        <w:t xml:space="preserve">  Anno Scolastico 2026-2027</w:t>
      </w:r>
      <w:r w:rsidRPr="00B0525F">
        <w:rPr>
          <w:rFonts w:ascii="Arial" w:hAnsi="Arial"/>
          <w:b/>
          <w:color w:val="2C3E50"/>
          <w:sz w:val="20"/>
          <w:lang w:val="it-IT"/>
        </w:rPr>
        <w:br/>
      </w:r>
      <w:r>
        <w:rPr>
          <w:rFonts w:ascii="Arial" w:hAnsi="Arial"/>
          <w:b/>
          <w:color w:val="003366"/>
          <w:sz w:val="44"/>
        </w:rPr>
        <w:t>🚀</w:t>
      </w:r>
      <w:r w:rsidRPr="00B0525F">
        <w:rPr>
          <w:rFonts w:ascii="Arial" w:hAnsi="Arial"/>
          <w:b/>
          <w:color w:val="003366"/>
          <w:sz w:val="44"/>
          <w:lang w:val="it-IT"/>
        </w:rPr>
        <w:t xml:space="preserve"> LEVEL UP CON ICDL!</w:t>
      </w:r>
    </w:p>
    <w:p w14:paraId="260C862C" w14:textId="1862A4DE" w:rsidR="00BF6222" w:rsidRPr="00194F52" w:rsidRDefault="00194F52">
      <w:pPr>
        <w:spacing w:line="252" w:lineRule="auto"/>
        <w:jc w:val="center"/>
        <w:rPr>
          <w:sz w:val="24"/>
          <w:szCs w:val="24"/>
          <w:lang w:val="it-IT"/>
        </w:rPr>
      </w:pPr>
      <w:r w:rsidRPr="00194F52">
        <w:rPr>
          <w:rFonts w:ascii="Arial" w:hAnsi="Arial"/>
          <w:b/>
          <w:color w:val="2C3E50"/>
          <w:sz w:val="24"/>
          <w:szCs w:val="24"/>
          <w:lang w:val="it-IT"/>
        </w:rPr>
        <w:t>Corsi di informatica propedeutici alla certificazione ICDL</w:t>
      </w:r>
    </w:p>
    <w:tbl>
      <w:tblPr>
        <w:tblpPr w:leftFromText="141" w:rightFromText="141" w:vertAnchor="text" w:horzAnchor="margin" w:tblpY="1436"/>
        <w:tblW w:w="10800" w:type="dxa"/>
        <w:tblLayout w:type="fixed"/>
        <w:tblLook w:val="04A0" w:firstRow="1" w:lastRow="0" w:firstColumn="1" w:lastColumn="0" w:noHBand="0" w:noVBand="1"/>
      </w:tblPr>
      <w:tblGrid>
        <w:gridCol w:w="10800"/>
      </w:tblGrid>
      <w:tr w:rsidR="001D5C18" w:rsidRPr="000304B7" w14:paraId="46586467" w14:textId="77777777" w:rsidTr="001D5C18">
        <w:tc>
          <w:tcPr>
            <w:tcW w:w="10800" w:type="dxa"/>
            <w:tcBorders>
              <w:left w:val="none" w:sz="24" w:space="0" w:color="003366"/>
            </w:tcBorders>
            <w:shd w:val="clear" w:color="auto" w:fill="F4F6F7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4B70A73B" w14:textId="77777777" w:rsidR="001D5C18" w:rsidRPr="001D5C18" w:rsidRDefault="001D5C18" w:rsidP="001D5C18">
            <w:pPr>
              <w:spacing w:before="40" w:after="120"/>
              <w:rPr>
                <w:i/>
                <w:iCs/>
                <w:lang w:val="it-IT"/>
              </w:rPr>
            </w:pPr>
            <w:r w:rsidRPr="001D5C18">
              <w:rPr>
                <w:rFonts w:ascii="Arial" w:hAnsi="Arial"/>
                <w:b/>
                <w:i/>
                <w:iCs/>
                <w:color w:val="003366"/>
              </w:rPr>
              <w:t>💡</w:t>
            </w:r>
            <w:r w:rsidRPr="001D5C18">
              <w:rPr>
                <w:rFonts w:ascii="Arial" w:hAnsi="Arial"/>
                <w:b/>
                <w:i/>
                <w:iCs/>
                <w:color w:val="003366"/>
                <w:lang w:val="it-IT"/>
              </w:rPr>
              <w:t xml:space="preserve"> PENSI CHE L'INTELLIGENZA ARTIFICIALE FARÀ TUTTO AL POSTO TUO?</w:t>
            </w:r>
          </w:p>
          <w:p w14:paraId="3BCC603F" w14:textId="77777777" w:rsidR="001D5C18" w:rsidRPr="001D5C18" w:rsidRDefault="001D5C18" w:rsidP="001D5C18">
            <w:pPr>
              <w:spacing w:after="120" w:line="252" w:lineRule="auto"/>
              <w:rPr>
                <w:i/>
                <w:iCs/>
                <w:lang w:val="it-IT"/>
              </w:rPr>
            </w:pPr>
            <w:r w:rsidRPr="001D5C18">
              <w:rPr>
                <w:rFonts w:ascii="Arial" w:hAnsi="Arial"/>
                <w:i/>
                <w:iCs/>
                <w:color w:val="333333"/>
                <w:sz w:val="19"/>
                <w:lang w:val="it-IT"/>
              </w:rPr>
              <w:t>L'AI è uno strumento straordinario, ma senza solide basi informatiche rischia di diventare inutile o ingannevole. Ottenere le certificazioni ICDL è il vero segreto per dominare le nuove tecnologie:</w:t>
            </w:r>
          </w:p>
          <w:p w14:paraId="2A951440" w14:textId="77777777" w:rsidR="001D5C18" w:rsidRPr="001D5C18" w:rsidRDefault="001D5C18" w:rsidP="001D5C18">
            <w:pPr>
              <w:spacing w:after="80" w:line="252" w:lineRule="auto"/>
              <w:ind w:left="200"/>
              <w:rPr>
                <w:i/>
                <w:iCs/>
                <w:lang w:val="it-IT"/>
              </w:rPr>
            </w:pPr>
            <w:r w:rsidRPr="001D5C18">
              <w:rPr>
                <w:rFonts w:ascii="Arial" w:hAnsi="Arial"/>
                <w:b/>
                <w:i/>
                <w:iCs/>
                <w:color w:val="333333"/>
                <w:sz w:val="19"/>
                <w:lang w:val="it-IT"/>
              </w:rPr>
              <w:t xml:space="preserve">• L'AI ha bisogno di te: </w:t>
            </w:r>
            <w:r w:rsidRPr="001D5C18">
              <w:rPr>
                <w:rFonts w:ascii="Arial" w:hAnsi="Arial"/>
                <w:i/>
                <w:iCs/>
                <w:color w:val="333333"/>
                <w:sz w:val="19"/>
                <w:lang w:val="it-IT"/>
              </w:rPr>
              <w:t>per comandare un'intelligenza artificiale devi saper formulare richieste logiche e precise (Prompt). Senza conoscere la struttura di un software, non saprai mai cosa chiederle.</w:t>
            </w:r>
          </w:p>
          <w:p w14:paraId="34369A0A" w14:textId="77777777" w:rsidR="001D5C18" w:rsidRPr="001D5C18" w:rsidRDefault="001D5C18" w:rsidP="001D5C18">
            <w:pPr>
              <w:spacing w:after="80" w:line="252" w:lineRule="auto"/>
              <w:ind w:left="200"/>
              <w:rPr>
                <w:i/>
                <w:iCs/>
                <w:lang w:val="it-IT"/>
              </w:rPr>
            </w:pPr>
            <w:r w:rsidRPr="001D5C18">
              <w:rPr>
                <w:rFonts w:ascii="Arial" w:hAnsi="Arial"/>
                <w:b/>
                <w:i/>
                <w:iCs/>
                <w:color w:val="333333"/>
                <w:sz w:val="19"/>
                <w:lang w:val="it-IT"/>
              </w:rPr>
              <w:t xml:space="preserve">• L'AI commette errori: </w:t>
            </w:r>
            <w:r w:rsidRPr="001D5C18">
              <w:rPr>
                <w:rFonts w:ascii="Arial" w:hAnsi="Arial"/>
                <w:i/>
                <w:iCs/>
                <w:color w:val="333333"/>
                <w:sz w:val="19"/>
                <w:lang w:val="it-IT"/>
              </w:rPr>
              <w:t>i sistemi generativi spesso inventano dati o sbagliano calcoli. Solo chi possiede reali competenze digitali sa verificare l'accuratezza dei risultati e correggere le risposte.</w:t>
            </w:r>
          </w:p>
          <w:p w14:paraId="2DC053B7" w14:textId="77777777" w:rsidR="001D5C18" w:rsidRPr="001D5C18" w:rsidRDefault="001D5C18" w:rsidP="001D5C18">
            <w:pPr>
              <w:spacing w:after="80" w:line="252" w:lineRule="auto"/>
              <w:ind w:left="200"/>
              <w:rPr>
                <w:i/>
                <w:iCs/>
                <w:lang w:val="it-IT"/>
              </w:rPr>
            </w:pPr>
            <w:r w:rsidRPr="001D5C18">
              <w:rPr>
                <w:rFonts w:ascii="Arial" w:hAnsi="Arial"/>
                <w:b/>
                <w:i/>
                <w:iCs/>
                <w:color w:val="333333"/>
                <w:sz w:val="19"/>
                <w:lang w:val="it-IT"/>
              </w:rPr>
              <w:t xml:space="preserve">• Diventa il regista, non l'esecutore: </w:t>
            </w:r>
            <w:r w:rsidRPr="001D5C18">
              <w:rPr>
                <w:rFonts w:ascii="Arial" w:hAnsi="Arial"/>
                <w:i/>
                <w:iCs/>
                <w:color w:val="333333"/>
                <w:sz w:val="19"/>
                <w:lang w:val="it-IT"/>
              </w:rPr>
              <w:t>il mercato del lavoro cercherà chi sa governare l'AI per ottimizzare fogli di calcolo, documenti e presentazioni, non chi si limita a copiare e incollare.</w:t>
            </w:r>
          </w:p>
        </w:tc>
      </w:tr>
    </w:tbl>
    <w:p w14:paraId="7284555F" w14:textId="45B6CE71" w:rsidR="00400815" w:rsidRPr="00400815" w:rsidRDefault="00F145BE" w:rsidP="00400815">
      <w:pPr>
        <w:spacing w:line="252" w:lineRule="auto"/>
        <w:rPr>
          <w:rFonts w:ascii="Arial" w:hAnsi="Arial"/>
          <w:color w:val="333333"/>
          <w:sz w:val="20"/>
          <w:lang w:val="it-IT"/>
        </w:rPr>
      </w:pPr>
      <w:r w:rsidRPr="00B0525F">
        <w:rPr>
          <w:rFonts w:ascii="Arial" w:hAnsi="Arial"/>
          <w:color w:val="333333"/>
          <w:sz w:val="20"/>
          <w:lang w:val="it-IT"/>
        </w:rPr>
        <w:t>Frequentare la scuola superiore oggi significa prepararsi per un mondo in continua evoluzione. L'Istituto "G. Ferrari" ti offre l'opportunità di sviluppare le tue competenze digitali attraverso corsi informatici</w:t>
      </w:r>
      <w:r w:rsidR="00400815">
        <w:rPr>
          <w:rFonts w:ascii="Arial" w:hAnsi="Arial"/>
          <w:color w:val="333333"/>
          <w:sz w:val="20"/>
          <w:lang w:val="it-IT"/>
        </w:rPr>
        <w:t xml:space="preserve"> che</w:t>
      </w:r>
      <w:r w:rsidR="00400815" w:rsidRPr="00400815">
        <w:rPr>
          <w:rFonts w:ascii="Arial" w:hAnsi="Arial"/>
          <w:color w:val="333333"/>
          <w:sz w:val="20"/>
          <w:lang w:val="it-IT"/>
        </w:rPr>
        <w:t xml:space="preserve"> preparano alla certificazione ICDL, un titolo internazionale conforme agli standard europei </w:t>
      </w:r>
      <w:proofErr w:type="spellStart"/>
      <w:r w:rsidR="00400815" w:rsidRPr="00400815">
        <w:rPr>
          <w:rFonts w:ascii="Arial" w:hAnsi="Arial"/>
          <w:color w:val="333333"/>
          <w:sz w:val="20"/>
          <w:lang w:val="it-IT"/>
        </w:rPr>
        <w:t>DigComp</w:t>
      </w:r>
      <w:proofErr w:type="spellEnd"/>
      <w:r w:rsidR="00400815" w:rsidRPr="00400815">
        <w:rPr>
          <w:rFonts w:ascii="Arial" w:hAnsi="Arial"/>
          <w:color w:val="333333"/>
          <w:sz w:val="20"/>
          <w:lang w:val="it-IT"/>
        </w:rPr>
        <w:t xml:space="preserve"> 2.2.</w:t>
      </w:r>
    </w:p>
    <w:tbl>
      <w:tblPr>
        <w:tblpPr w:leftFromText="141" w:rightFromText="141" w:vertAnchor="text" w:horzAnchor="margin" w:tblpXSpec="right" w:tblpY="3766"/>
        <w:tblW w:w="0" w:type="auto"/>
        <w:tblBorders>
          <w:top w:val="single" w:sz="4" w:space="0" w:color="CCCCCC"/>
          <w:bottom w:val="single" w:sz="4" w:space="0" w:color="CCCCCC"/>
          <w:insideH w:val="single" w:sz="4" w:space="0" w:color="CCCCCC"/>
        </w:tblBorders>
        <w:tblLook w:val="04A0" w:firstRow="1" w:lastRow="0" w:firstColumn="1" w:lastColumn="0" w:noHBand="0" w:noVBand="1"/>
      </w:tblPr>
      <w:tblGrid>
        <w:gridCol w:w="2871"/>
        <w:gridCol w:w="537"/>
        <w:gridCol w:w="739"/>
        <w:gridCol w:w="2691"/>
      </w:tblGrid>
      <w:tr w:rsidR="005761AD" w14:paraId="268939A6" w14:textId="77777777" w:rsidTr="001D5C18">
        <w:trPr>
          <w:trHeight w:val="271"/>
        </w:trPr>
        <w:tc>
          <w:tcPr>
            <w:tcW w:w="2871" w:type="dxa"/>
            <w:shd w:val="clear" w:color="auto" w:fill="00336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4585114" w14:textId="049F53B6" w:rsidR="005761AD" w:rsidRDefault="00F145BE" w:rsidP="001D5C18">
            <w:pPr>
              <w:spacing w:before="40" w:after="40" w:line="240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MODUL</w:t>
            </w:r>
            <w:r w:rsidR="005761AD">
              <w:rPr>
                <w:rFonts w:ascii="Arial" w:hAnsi="Arial"/>
                <w:b/>
                <w:color w:val="FFFFFF"/>
                <w:sz w:val="19"/>
              </w:rPr>
              <w:t>I ICDL</w:t>
            </w:r>
          </w:p>
        </w:tc>
        <w:tc>
          <w:tcPr>
            <w:tcW w:w="537" w:type="dxa"/>
            <w:shd w:val="clear" w:color="auto" w:fill="00336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B1F84" w14:textId="77777777" w:rsidR="005761AD" w:rsidRDefault="005761AD" w:rsidP="001D5C18">
            <w:pPr>
              <w:spacing w:before="40" w:after="4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Ore</w:t>
            </w:r>
          </w:p>
        </w:tc>
        <w:tc>
          <w:tcPr>
            <w:tcW w:w="739" w:type="dxa"/>
            <w:shd w:val="clear" w:color="auto" w:fill="00336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64EE15" w14:textId="77777777" w:rsidR="005761AD" w:rsidRDefault="005761AD" w:rsidP="001D5C18">
            <w:pPr>
              <w:spacing w:before="40" w:after="4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Costo</w:t>
            </w:r>
          </w:p>
        </w:tc>
        <w:tc>
          <w:tcPr>
            <w:tcW w:w="2691" w:type="dxa"/>
            <w:shd w:val="clear" w:color="auto" w:fill="00336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0E8174" w14:textId="77777777" w:rsidR="005761AD" w:rsidRDefault="005761AD" w:rsidP="001D5C18">
            <w:pPr>
              <w:spacing w:before="40" w:after="40" w:line="240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 xml:space="preserve">Classi cui è </w:t>
            </w:r>
            <w:proofErr w:type="spellStart"/>
            <w:r>
              <w:rPr>
                <w:rFonts w:ascii="Arial" w:hAnsi="Arial"/>
                <w:b/>
                <w:color w:val="FFFFFF"/>
                <w:sz w:val="19"/>
              </w:rPr>
              <w:t>rivolto</w:t>
            </w:r>
            <w:proofErr w:type="spellEnd"/>
          </w:p>
        </w:tc>
      </w:tr>
      <w:tr w:rsidR="005761AD" w:rsidRPr="000304B7" w14:paraId="1F9207BD" w14:textId="77777777" w:rsidTr="001D5C18">
        <w:trPr>
          <w:trHeight w:val="449"/>
        </w:trPr>
        <w:tc>
          <w:tcPr>
            <w:tcW w:w="2871" w:type="dxa"/>
            <w:shd w:val="clear" w:color="auto" w:fill="F9FA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9756E8B" w14:textId="77777777" w:rsidR="005761AD" w:rsidRPr="00B0525F" w:rsidRDefault="005761AD" w:rsidP="001D5C18">
            <w:pPr>
              <w:spacing w:before="40" w:after="40" w:line="240" w:lineRule="auto"/>
              <w:rPr>
                <w:lang w:val="it-IT"/>
              </w:rPr>
            </w:pPr>
            <w:r w:rsidRPr="00B0525F">
              <w:rPr>
                <w:rFonts w:ascii="Arial" w:hAnsi="Arial"/>
                <w:color w:val="333333"/>
                <w:sz w:val="18"/>
                <w:lang w:val="it-IT"/>
              </w:rPr>
              <w:t>Computer Essentials</w:t>
            </w:r>
            <w:r w:rsidRPr="00B0525F">
              <w:rPr>
                <w:rFonts w:ascii="Arial" w:hAnsi="Arial"/>
                <w:color w:val="333333"/>
                <w:sz w:val="18"/>
                <w:lang w:val="it-IT"/>
              </w:rPr>
              <w:br/>
              <w:t>(Concetti di base del computer)</w:t>
            </w:r>
          </w:p>
        </w:tc>
        <w:tc>
          <w:tcPr>
            <w:tcW w:w="537" w:type="dxa"/>
            <w:shd w:val="clear" w:color="auto" w:fill="F9FA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1EB126" w14:textId="77777777" w:rsidR="005761AD" w:rsidRDefault="005761AD" w:rsidP="001D5C18">
            <w:pPr>
              <w:spacing w:before="40" w:after="40" w:line="240" w:lineRule="auto"/>
              <w:jc w:val="center"/>
            </w:pPr>
            <w:r>
              <w:rPr>
                <w:rFonts w:ascii="Arial" w:hAnsi="Arial"/>
                <w:color w:val="333333"/>
                <w:sz w:val="18"/>
              </w:rPr>
              <w:t>10</w:t>
            </w:r>
          </w:p>
        </w:tc>
        <w:tc>
          <w:tcPr>
            <w:tcW w:w="739" w:type="dxa"/>
            <w:shd w:val="clear" w:color="auto" w:fill="F9FA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97ED2F4" w14:textId="77777777" w:rsidR="005761AD" w:rsidRDefault="005761AD" w:rsidP="001D5C18">
            <w:pPr>
              <w:spacing w:before="40" w:after="40" w:line="240" w:lineRule="auto"/>
              <w:jc w:val="center"/>
            </w:pPr>
            <w:r>
              <w:rPr>
                <w:rFonts w:ascii="Arial" w:hAnsi="Arial"/>
                <w:color w:val="333333"/>
                <w:sz w:val="18"/>
              </w:rPr>
              <w:t>30€</w:t>
            </w:r>
          </w:p>
        </w:tc>
        <w:tc>
          <w:tcPr>
            <w:tcW w:w="2691" w:type="dxa"/>
            <w:shd w:val="clear" w:color="auto" w:fill="F9FA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16F8D71" w14:textId="77777777" w:rsidR="005761AD" w:rsidRPr="00B0525F" w:rsidRDefault="005761AD" w:rsidP="001D5C18">
            <w:pPr>
              <w:spacing w:before="40" w:after="40" w:line="240" w:lineRule="auto"/>
              <w:rPr>
                <w:lang w:val="it-IT"/>
              </w:rPr>
            </w:pPr>
            <w:r w:rsidRPr="00B0525F">
              <w:rPr>
                <w:rFonts w:ascii="Arial" w:hAnsi="Arial"/>
                <w:b/>
                <w:color w:val="333333"/>
                <w:sz w:val="18"/>
                <w:lang w:val="it-IT"/>
              </w:rPr>
              <w:t>TUTTE</w:t>
            </w:r>
            <w:r w:rsidRPr="00B0525F">
              <w:rPr>
                <w:rFonts w:ascii="Arial" w:hAnsi="Arial"/>
                <w:color w:val="2C3E50"/>
                <w:sz w:val="17"/>
                <w:lang w:val="it-IT"/>
              </w:rPr>
              <w:br/>
              <w:t>(in particolare prime e seconde)</w:t>
            </w:r>
          </w:p>
        </w:tc>
      </w:tr>
      <w:tr w:rsidR="005761AD" w:rsidRPr="000304B7" w14:paraId="0D0B87CA" w14:textId="77777777" w:rsidTr="001D5C18">
        <w:trPr>
          <w:trHeight w:val="462"/>
        </w:trPr>
        <w:tc>
          <w:tcPr>
            <w:tcW w:w="287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03F8F6A" w14:textId="77777777" w:rsidR="005761AD" w:rsidRPr="00B0525F" w:rsidRDefault="005761AD" w:rsidP="001D5C18">
            <w:pPr>
              <w:spacing w:before="40" w:after="40" w:line="240" w:lineRule="auto"/>
              <w:rPr>
                <w:lang w:val="it-IT"/>
              </w:rPr>
            </w:pPr>
            <w:r w:rsidRPr="00B0525F">
              <w:rPr>
                <w:rFonts w:ascii="Arial" w:hAnsi="Arial"/>
                <w:color w:val="333333"/>
                <w:sz w:val="18"/>
                <w:lang w:val="it-IT"/>
              </w:rPr>
              <w:t>Online Essentials</w:t>
            </w:r>
            <w:r w:rsidRPr="00B0525F">
              <w:rPr>
                <w:rFonts w:ascii="Arial" w:hAnsi="Arial"/>
                <w:color w:val="333333"/>
                <w:sz w:val="18"/>
                <w:lang w:val="it-IT"/>
              </w:rPr>
              <w:br/>
              <w:t>(Concetti fondamentali della rete)</w:t>
            </w:r>
          </w:p>
        </w:tc>
        <w:tc>
          <w:tcPr>
            <w:tcW w:w="537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16DA05C" w14:textId="77777777" w:rsidR="005761AD" w:rsidRDefault="005761AD" w:rsidP="001D5C18">
            <w:pPr>
              <w:spacing w:before="40" w:after="40" w:line="240" w:lineRule="auto"/>
              <w:jc w:val="center"/>
            </w:pPr>
            <w:r>
              <w:rPr>
                <w:rFonts w:ascii="Arial" w:hAnsi="Arial"/>
                <w:color w:val="333333"/>
                <w:sz w:val="18"/>
              </w:rPr>
              <w:t>8</w:t>
            </w:r>
          </w:p>
        </w:tc>
        <w:tc>
          <w:tcPr>
            <w:tcW w:w="739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5ADD4DE" w14:textId="77777777" w:rsidR="005761AD" w:rsidRDefault="005761AD" w:rsidP="001D5C18">
            <w:pPr>
              <w:spacing w:before="40" w:after="40" w:line="240" w:lineRule="auto"/>
              <w:jc w:val="center"/>
            </w:pPr>
            <w:r>
              <w:rPr>
                <w:rFonts w:ascii="Arial" w:hAnsi="Arial"/>
                <w:color w:val="333333"/>
                <w:sz w:val="18"/>
              </w:rPr>
              <w:t>30€</w:t>
            </w:r>
          </w:p>
        </w:tc>
        <w:tc>
          <w:tcPr>
            <w:tcW w:w="269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8CC349F" w14:textId="77777777" w:rsidR="005761AD" w:rsidRPr="00B0525F" w:rsidRDefault="005761AD" w:rsidP="001D5C18">
            <w:pPr>
              <w:spacing w:before="40" w:after="40" w:line="240" w:lineRule="auto"/>
              <w:rPr>
                <w:lang w:val="it-IT"/>
              </w:rPr>
            </w:pPr>
            <w:r w:rsidRPr="00B0525F">
              <w:rPr>
                <w:rFonts w:ascii="Arial" w:hAnsi="Arial"/>
                <w:b/>
                <w:color w:val="333333"/>
                <w:sz w:val="18"/>
                <w:lang w:val="it-IT"/>
              </w:rPr>
              <w:t>TUTTE</w:t>
            </w:r>
            <w:r w:rsidRPr="00B0525F">
              <w:rPr>
                <w:rFonts w:ascii="Arial" w:hAnsi="Arial"/>
                <w:color w:val="2C3E50"/>
                <w:sz w:val="17"/>
                <w:lang w:val="it-IT"/>
              </w:rPr>
              <w:br/>
              <w:t>(in particolare prime e seconde)</w:t>
            </w:r>
          </w:p>
        </w:tc>
      </w:tr>
      <w:tr w:rsidR="005761AD" w14:paraId="74569BD4" w14:textId="77777777" w:rsidTr="001D5C18">
        <w:trPr>
          <w:trHeight w:val="449"/>
        </w:trPr>
        <w:tc>
          <w:tcPr>
            <w:tcW w:w="2871" w:type="dxa"/>
            <w:shd w:val="clear" w:color="auto" w:fill="F9FA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E650390" w14:textId="77777777" w:rsidR="005761AD" w:rsidRDefault="005761AD" w:rsidP="001D5C18">
            <w:pPr>
              <w:spacing w:before="40" w:after="40" w:line="240" w:lineRule="auto"/>
            </w:pPr>
            <w:r>
              <w:rPr>
                <w:rFonts w:ascii="Arial" w:hAnsi="Arial"/>
                <w:color w:val="333333"/>
                <w:sz w:val="18"/>
              </w:rPr>
              <w:t>Word Processing</w:t>
            </w:r>
            <w:r>
              <w:rPr>
                <w:rFonts w:ascii="Arial" w:hAnsi="Arial"/>
                <w:color w:val="333333"/>
                <w:sz w:val="18"/>
              </w:rPr>
              <w:br/>
              <w:t>(</w:t>
            </w:r>
            <w:proofErr w:type="spellStart"/>
            <w:r>
              <w:rPr>
                <w:rFonts w:ascii="Arial" w:hAnsi="Arial"/>
                <w:color w:val="333333"/>
                <w:sz w:val="18"/>
              </w:rPr>
              <w:t>Elaborazione</w:t>
            </w:r>
            <w:proofErr w:type="spellEnd"/>
            <w:r>
              <w:rPr>
                <w:rFonts w:ascii="Arial" w:hAnsi="Arial"/>
                <w:color w:val="333333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8"/>
              </w:rPr>
              <w:t>testi</w:t>
            </w:r>
            <w:proofErr w:type="spellEnd"/>
            <w:r>
              <w:rPr>
                <w:rFonts w:ascii="Arial" w:hAnsi="Arial"/>
                <w:color w:val="333333"/>
                <w:sz w:val="18"/>
              </w:rPr>
              <w:t>)</w:t>
            </w:r>
          </w:p>
        </w:tc>
        <w:tc>
          <w:tcPr>
            <w:tcW w:w="537" w:type="dxa"/>
            <w:shd w:val="clear" w:color="auto" w:fill="F9FA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446611C" w14:textId="77777777" w:rsidR="005761AD" w:rsidRDefault="005761AD" w:rsidP="001D5C18">
            <w:pPr>
              <w:spacing w:before="40" w:after="40" w:line="240" w:lineRule="auto"/>
              <w:jc w:val="center"/>
            </w:pPr>
            <w:r>
              <w:rPr>
                <w:rFonts w:ascii="Arial" w:hAnsi="Arial"/>
                <w:color w:val="333333"/>
                <w:sz w:val="18"/>
              </w:rPr>
              <w:t>10</w:t>
            </w:r>
          </w:p>
        </w:tc>
        <w:tc>
          <w:tcPr>
            <w:tcW w:w="739" w:type="dxa"/>
            <w:shd w:val="clear" w:color="auto" w:fill="F9FA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B08590C" w14:textId="77777777" w:rsidR="005761AD" w:rsidRDefault="005761AD" w:rsidP="001D5C18">
            <w:pPr>
              <w:spacing w:before="40" w:after="40" w:line="240" w:lineRule="auto"/>
              <w:jc w:val="center"/>
            </w:pPr>
            <w:r>
              <w:rPr>
                <w:rFonts w:ascii="Arial" w:hAnsi="Arial"/>
                <w:color w:val="333333"/>
                <w:sz w:val="18"/>
              </w:rPr>
              <w:t>30€</w:t>
            </w:r>
          </w:p>
        </w:tc>
        <w:tc>
          <w:tcPr>
            <w:tcW w:w="2691" w:type="dxa"/>
            <w:shd w:val="clear" w:color="auto" w:fill="F9FA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A4CEE15" w14:textId="77777777" w:rsidR="005761AD" w:rsidRDefault="005761AD" w:rsidP="001D5C18">
            <w:pPr>
              <w:spacing w:before="40" w:after="40" w:line="240" w:lineRule="auto"/>
            </w:pPr>
            <w:r>
              <w:rPr>
                <w:rFonts w:ascii="Arial" w:hAnsi="Arial"/>
                <w:b/>
                <w:color w:val="333333"/>
                <w:sz w:val="18"/>
              </w:rPr>
              <w:t>TUTTE</w:t>
            </w:r>
          </w:p>
        </w:tc>
      </w:tr>
      <w:tr w:rsidR="005761AD" w14:paraId="35ADCCC5" w14:textId="77777777" w:rsidTr="001D5C18">
        <w:trPr>
          <w:trHeight w:val="449"/>
        </w:trPr>
        <w:tc>
          <w:tcPr>
            <w:tcW w:w="287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9A50C20" w14:textId="77777777" w:rsidR="005761AD" w:rsidRDefault="005761AD" w:rsidP="001D5C18">
            <w:pPr>
              <w:spacing w:before="40" w:after="40" w:line="240" w:lineRule="auto"/>
            </w:pPr>
            <w:r>
              <w:rPr>
                <w:rFonts w:ascii="Arial" w:hAnsi="Arial"/>
                <w:color w:val="333333"/>
                <w:sz w:val="18"/>
              </w:rPr>
              <w:t>Spreadsheets</w:t>
            </w:r>
            <w:r>
              <w:rPr>
                <w:rFonts w:ascii="Arial" w:hAnsi="Arial"/>
                <w:color w:val="333333"/>
                <w:sz w:val="18"/>
              </w:rPr>
              <w:br/>
              <w:t xml:space="preserve">(Foglio </w:t>
            </w:r>
            <w:proofErr w:type="spellStart"/>
            <w:r>
              <w:rPr>
                <w:rFonts w:ascii="Arial" w:hAnsi="Arial"/>
                <w:color w:val="333333"/>
                <w:sz w:val="18"/>
              </w:rPr>
              <w:t>elettronico</w:t>
            </w:r>
            <w:proofErr w:type="spellEnd"/>
            <w:r>
              <w:rPr>
                <w:rFonts w:ascii="Arial" w:hAnsi="Arial"/>
                <w:color w:val="333333"/>
                <w:sz w:val="18"/>
              </w:rPr>
              <w:t>)</w:t>
            </w:r>
          </w:p>
        </w:tc>
        <w:tc>
          <w:tcPr>
            <w:tcW w:w="537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BCF0810" w14:textId="77777777" w:rsidR="005761AD" w:rsidRDefault="005761AD" w:rsidP="001D5C18">
            <w:pPr>
              <w:spacing w:before="40" w:after="40" w:line="240" w:lineRule="auto"/>
              <w:jc w:val="center"/>
            </w:pPr>
            <w:r>
              <w:rPr>
                <w:rFonts w:ascii="Arial" w:hAnsi="Arial"/>
                <w:color w:val="333333"/>
                <w:sz w:val="18"/>
              </w:rPr>
              <w:t>10</w:t>
            </w:r>
          </w:p>
        </w:tc>
        <w:tc>
          <w:tcPr>
            <w:tcW w:w="739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74F886" w14:textId="77777777" w:rsidR="005761AD" w:rsidRDefault="005761AD" w:rsidP="001D5C18">
            <w:pPr>
              <w:spacing w:before="40" w:after="40" w:line="240" w:lineRule="auto"/>
              <w:jc w:val="center"/>
            </w:pPr>
            <w:r>
              <w:rPr>
                <w:rFonts w:ascii="Arial" w:hAnsi="Arial"/>
                <w:color w:val="333333"/>
                <w:sz w:val="18"/>
              </w:rPr>
              <w:t>30€</w:t>
            </w:r>
          </w:p>
        </w:tc>
        <w:tc>
          <w:tcPr>
            <w:tcW w:w="269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26EF4B0" w14:textId="77777777" w:rsidR="005761AD" w:rsidRDefault="005761AD" w:rsidP="001D5C18">
            <w:pPr>
              <w:spacing w:before="40" w:after="40" w:line="240" w:lineRule="auto"/>
            </w:pPr>
            <w:r>
              <w:rPr>
                <w:rFonts w:ascii="Arial" w:hAnsi="Arial"/>
                <w:b/>
                <w:color w:val="333333"/>
                <w:sz w:val="18"/>
              </w:rPr>
              <w:t>TUTTE</w:t>
            </w:r>
          </w:p>
        </w:tc>
      </w:tr>
      <w:tr w:rsidR="005761AD" w14:paraId="4FC51679" w14:textId="77777777" w:rsidTr="001D5C18">
        <w:trPr>
          <w:trHeight w:val="462"/>
        </w:trPr>
        <w:tc>
          <w:tcPr>
            <w:tcW w:w="2871" w:type="dxa"/>
            <w:shd w:val="clear" w:color="auto" w:fill="F9FA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7956A52" w14:textId="77777777" w:rsidR="005761AD" w:rsidRDefault="005761AD" w:rsidP="001D5C18">
            <w:pPr>
              <w:spacing w:before="40" w:after="40" w:line="240" w:lineRule="auto"/>
            </w:pPr>
            <w:r>
              <w:rPr>
                <w:rFonts w:ascii="Arial" w:hAnsi="Arial"/>
                <w:color w:val="333333"/>
                <w:sz w:val="18"/>
              </w:rPr>
              <w:t>IT Security</w:t>
            </w:r>
            <w:r>
              <w:rPr>
                <w:rFonts w:ascii="Arial" w:hAnsi="Arial"/>
                <w:color w:val="333333"/>
                <w:sz w:val="18"/>
              </w:rPr>
              <w:br/>
              <w:t>(</w:t>
            </w:r>
            <w:proofErr w:type="spellStart"/>
            <w:r>
              <w:rPr>
                <w:rFonts w:ascii="Arial" w:hAnsi="Arial"/>
                <w:color w:val="333333"/>
                <w:sz w:val="18"/>
              </w:rPr>
              <w:t>Sicurezza</w:t>
            </w:r>
            <w:proofErr w:type="spellEnd"/>
            <w:r>
              <w:rPr>
                <w:rFonts w:ascii="Arial" w:hAnsi="Arial"/>
                <w:color w:val="333333"/>
                <w:sz w:val="18"/>
              </w:rPr>
              <w:t xml:space="preserve"> informatica)</w:t>
            </w:r>
          </w:p>
        </w:tc>
        <w:tc>
          <w:tcPr>
            <w:tcW w:w="537" w:type="dxa"/>
            <w:shd w:val="clear" w:color="auto" w:fill="F9FA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A1CB3F0" w14:textId="77777777" w:rsidR="005761AD" w:rsidRDefault="005761AD" w:rsidP="001D5C18">
            <w:pPr>
              <w:spacing w:before="40" w:after="40" w:line="240" w:lineRule="auto"/>
              <w:jc w:val="center"/>
            </w:pPr>
            <w:r>
              <w:rPr>
                <w:rFonts w:ascii="Arial" w:hAnsi="Arial"/>
                <w:color w:val="333333"/>
                <w:sz w:val="18"/>
              </w:rPr>
              <w:t>8</w:t>
            </w:r>
          </w:p>
        </w:tc>
        <w:tc>
          <w:tcPr>
            <w:tcW w:w="739" w:type="dxa"/>
            <w:shd w:val="clear" w:color="auto" w:fill="F9FA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A2FEA75" w14:textId="77777777" w:rsidR="005761AD" w:rsidRDefault="005761AD" w:rsidP="001D5C18">
            <w:pPr>
              <w:spacing w:before="40" w:after="40" w:line="240" w:lineRule="auto"/>
              <w:jc w:val="center"/>
            </w:pPr>
            <w:r>
              <w:rPr>
                <w:rFonts w:ascii="Arial" w:hAnsi="Arial"/>
                <w:color w:val="333333"/>
                <w:sz w:val="18"/>
              </w:rPr>
              <w:t>30€</w:t>
            </w:r>
          </w:p>
        </w:tc>
        <w:tc>
          <w:tcPr>
            <w:tcW w:w="2691" w:type="dxa"/>
            <w:shd w:val="clear" w:color="auto" w:fill="F9FA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427666" w14:textId="77777777" w:rsidR="005761AD" w:rsidRDefault="005761AD" w:rsidP="001D5C18">
            <w:pPr>
              <w:spacing w:before="40" w:after="40" w:line="240" w:lineRule="auto"/>
            </w:pPr>
            <w:r>
              <w:rPr>
                <w:rFonts w:ascii="Arial" w:hAnsi="Arial"/>
                <w:b/>
                <w:color w:val="333333"/>
                <w:sz w:val="18"/>
              </w:rPr>
              <w:t>TUTTE</w:t>
            </w:r>
          </w:p>
        </w:tc>
      </w:tr>
      <w:tr w:rsidR="005761AD" w14:paraId="17173A24" w14:textId="77777777" w:rsidTr="001D5C18">
        <w:trPr>
          <w:trHeight w:val="449"/>
        </w:trPr>
        <w:tc>
          <w:tcPr>
            <w:tcW w:w="287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6FBFD9E" w14:textId="77777777" w:rsidR="005761AD" w:rsidRDefault="005761AD" w:rsidP="001D5C18">
            <w:pPr>
              <w:spacing w:before="40" w:after="40" w:line="240" w:lineRule="auto"/>
            </w:pPr>
            <w:r>
              <w:rPr>
                <w:rFonts w:ascii="Arial" w:hAnsi="Arial"/>
                <w:color w:val="333333"/>
                <w:sz w:val="18"/>
              </w:rPr>
              <w:t>Presentation</w:t>
            </w:r>
            <w:r>
              <w:rPr>
                <w:rFonts w:ascii="Arial" w:hAnsi="Arial"/>
                <w:color w:val="333333"/>
                <w:sz w:val="18"/>
              </w:rPr>
              <w:br/>
              <w:t>(</w:t>
            </w:r>
            <w:proofErr w:type="spellStart"/>
            <w:r>
              <w:rPr>
                <w:rFonts w:ascii="Arial" w:hAnsi="Arial"/>
                <w:color w:val="333333"/>
                <w:sz w:val="18"/>
              </w:rPr>
              <w:t>Strumenti</w:t>
            </w:r>
            <w:proofErr w:type="spellEnd"/>
            <w:r>
              <w:rPr>
                <w:rFonts w:ascii="Arial" w:hAnsi="Arial"/>
                <w:color w:val="333333"/>
                <w:sz w:val="18"/>
              </w:rPr>
              <w:t xml:space="preserve"> di </w:t>
            </w:r>
            <w:proofErr w:type="spellStart"/>
            <w:r>
              <w:rPr>
                <w:rFonts w:ascii="Arial" w:hAnsi="Arial"/>
                <w:color w:val="333333"/>
                <w:sz w:val="18"/>
              </w:rPr>
              <w:t>presentazione</w:t>
            </w:r>
            <w:proofErr w:type="spellEnd"/>
            <w:r>
              <w:rPr>
                <w:rFonts w:ascii="Arial" w:hAnsi="Arial"/>
                <w:color w:val="333333"/>
                <w:sz w:val="18"/>
              </w:rPr>
              <w:t>)</w:t>
            </w:r>
          </w:p>
        </w:tc>
        <w:tc>
          <w:tcPr>
            <w:tcW w:w="537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C3D7230" w14:textId="77777777" w:rsidR="005761AD" w:rsidRDefault="005761AD" w:rsidP="001D5C18">
            <w:pPr>
              <w:spacing w:before="40" w:after="40" w:line="240" w:lineRule="auto"/>
              <w:jc w:val="center"/>
            </w:pPr>
            <w:r>
              <w:rPr>
                <w:rFonts w:ascii="Arial" w:hAnsi="Arial"/>
                <w:color w:val="333333"/>
                <w:sz w:val="18"/>
              </w:rPr>
              <w:t>8</w:t>
            </w:r>
          </w:p>
        </w:tc>
        <w:tc>
          <w:tcPr>
            <w:tcW w:w="739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C526277" w14:textId="77777777" w:rsidR="005761AD" w:rsidRDefault="005761AD" w:rsidP="001D5C18">
            <w:pPr>
              <w:spacing w:before="40" w:after="40" w:line="240" w:lineRule="auto"/>
              <w:jc w:val="center"/>
            </w:pPr>
            <w:r>
              <w:rPr>
                <w:rFonts w:ascii="Arial" w:hAnsi="Arial"/>
                <w:color w:val="333333"/>
                <w:sz w:val="18"/>
              </w:rPr>
              <w:t>30€</w:t>
            </w:r>
          </w:p>
        </w:tc>
        <w:tc>
          <w:tcPr>
            <w:tcW w:w="2691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9876EC" w14:textId="77777777" w:rsidR="005761AD" w:rsidRDefault="005761AD" w:rsidP="001D5C18">
            <w:pPr>
              <w:spacing w:before="40" w:after="40" w:line="240" w:lineRule="auto"/>
            </w:pPr>
            <w:r>
              <w:rPr>
                <w:rFonts w:ascii="Arial" w:hAnsi="Arial"/>
                <w:b/>
                <w:color w:val="333333"/>
                <w:sz w:val="18"/>
              </w:rPr>
              <w:t>TUTTE</w:t>
            </w:r>
          </w:p>
        </w:tc>
      </w:tr>
      <w:tr w:rsidR="005761AD" w14:paraId="149A1797" w14:textId="77777777" w:rsidTr="001D5C18">
        <w:trPr>
          <w:trHeight w:val="449"/>
        </w:trPr>
        <w:tc>
          <w:tcPr>
            <w:tcW w:w="2871" w:type="dxa"/>
            <w:shd w:val="clear" w:color="auto" w:fill="F9FA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11E3B09" w14:textId="77777777" w:rsidR="005761AD" w:rsidRPr="00B0525F" w:rsidRDefault="005761AD" w:rsidP="001D5C18">
            <w:pPr>
              <w:spacing w:before="40" w:after="40" w:line="240" w:lineRule="auto"/>
              <w:rPr>
                <w:lang w:val="it-IT"/>
              </w:rPr>
            </w:pPr>
            <w:r w:rsidRPr="00B0525F">
              <w:rPr>
                <w:rFonts w:ascii="Arial" w:hAnsi="Arial"/>
                <w:color w:val="333333"/>
                <w:sz w:val="18"/>
                <w:lang w:val="it-IT"/>
              </w:rPr>
              <w:t>Online Collaboration</w:t>
            </w:r>
            <w:r w:rsidRPr="00B0525F">
              <w:rPr>
                <w:rFonts w:ascii="Arial" w:hAnsi="Arial"/>
                <w:color w:val="333333"/>
                <w:sz w:val="18"/>
                <w:lang w:val="it-IT"/>
              </w:rPr>
              <w:br/>
              <w:t>(Collaborazione in rete)</w:t>
            </w:r>
          </w:p>
        </w:tc>
        <w:tc>
          <w:tcPr>
            <w:tcW w:w="537" w:type="dxa"/>
            <w:shd w:val="clear" w:color="auto" w:fill="F9FA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FCBBECF" w14:textId="77777777" w:rsidR="005761AD" w:rsidRDefault="005761AD" w:rsidP="001D5C18">
            <w:pPr>
              <w:spacing w:before="40" w:after="40" w:line="240" w:lineRule="auto"/>
              <w:jc w:val="center"/>
            </w:pPr>
            <w:r>
              <w:rPr>
                <w:rFonts w:ascii="Arial" w:hAnsi="Arial"/>
                <w:color w:val="333333"/>
                <w:sz w:val="18"/>
              </w:rPr>
              <w:t>8</w:t>
            </w:r>
          </w:p>
        </w:tc>
        <w:tc>
          <w:tcPr>
            <w:tcW w:w="739" w:type="dxa"/>
            <w:shd w:val="clear" w:color="auto" w:fill="F9FA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663CC76" w14:textId="77777777" w:rsidR="005761AD" w:rsidRDefault="005761AD" w:rsidP="001D5C18">
            <w:pPr>
              <w:spacing w:before="40" w:after="40" w:line="240" w:lineRule="auto"/>
              <w:jc w:val="center"/>
            </w:pPr>
            <w:r>
              <w:rPr>
                <w:rFonts w:ascii="Arial" w:hAnsi="Arial"/>
                <w:color w:val="333333"/>
                <w:sz w:val="18"/>
              </w:rPr>
              <w:t>30€</w:t>
            </w:r>
          </w:p>
        </w:tc>
        <w:tc>
          <w:tcPr>
            <w:tcW w:w="2691" w:type="dxa"/>
            <w:shd w:val="clear" w:color="auto" w:fill="F9FA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DA7ACBA" w14:textId="77777777" w:rsidR="005761AD" w:rsidRDefault="005761AD" w:rsidP="001D5C18">
            <w:pPr>
              <w:spacing w:before="40" w:after="40" w:line="240" w:lineRule="auto"/>
            </w:pPr>
            <w:r>
              <w:rPr>
                <w:rFonts w:ascii="Arial" w:hAnsi="Arial"/>
                <w:b/>
                <w:color w:val="333333"/>
                <w:sz w:val="18"/>
              </w:rPr>
              <w:t>TUTTE</w:t>
            </w:r>
          </w:p>
        </w:tc>
      </w:tr>
    </w:tbl>
    <w:p w14:paraId="5CF40FF1" w14:textId="0A189D6D" w:rsidR="00BF6222" w:rsidRDefault="001D5C18">
      <w:pPr>
        <w:spacing w:before="240" w:after="120" w:line="252" w:lineRule="auto"/>
        <w:rPr>
          <w:rFonts w:ascii="Arial" w:hAnsi="Arial"/>
          <w:b/>
          <w:color w:val="003366"/>
          <w:sz w:val="26"/>
          <w:lang w:val="it-IT"/>
        </w:rPr>
      </w:pPr>
      <w:r w:rsidRPr="00184866">
        <w:rPr>
          <w:noProof/>
          <w:lang w:val="it-IT" w:eastAsia="it-IT"/>
        </w:rPr>
        <w:drawing>
          <wp:anchor distT="0" distB="0" distL="114300" distR="114300" simplePos="0" relativeHeight="251658240" behindDoc="1" locked="0" layoutInCell="1" allowOverlap="1" wp14:anchorId="5EB1F549" wp14:editId="63023820">
            <wp:simplePos x="0" y="0"/>
            <wp:positionH relativeFrom="column">
              <wp:posOffset>-114300</wp:posOffset>
            </wp:positionH>
            <wp:positionV relativeFrom="paragraph">
              <wp:posOffset>2428240</wp:posOffset>
            </wp:positionV>
            <wp:extent cx="2704465" cy="3200400"/>
            <wp:effectExtent l="0" t="0" r="635" b="0"/>
            <wp:wrapSquare wrapText="bothSides"/>
            <wp:docPr id="1485122861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5122861" name="Immagine 1485122861"/>
                    <pic:cNvPicPr/>
                  </pic:nvPicPr>
                  <pic:blipFill rotWithShape="1">
                    <a:blip r:embed="rId7">
                      <a:alphaModFix amt="70000"/>
                    </a:blip>
                    <a:srcRect l="24090" t="3108" r="31066" b="25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465" cy="32004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61AD">
        <w:rPr>
          <w:rFonts w:ascii="Arial" w:hAnsi="Arial"/>
          <w:b/>
          <w:color w:val="003366"/>
          <w:sz w:val="26"/>
        </w:rPr>
        <w:t>📅</w:t>
      </w:r>
      <w:r w:rsidR="005761AD" w:rsidRPr="00194F52">
        <w:rPr>
          <w:rFonts w:ascii="Arial" w:hAnsi="Arial"/>
          <w:b/>
          <w:color w:val="003366"/>
          <w:sz w:val="26"/>
          <w:lang w:val="it-IT"/>
        </w:rPr>
        <w:t xml:space="preserve"> L'OFFERTA FORMATIVA - CORSI ICDL</w:t>
      </w:r>
    </w:p>
    <w:p w14:paraId="624C61E2" w14:textId="77777777" w:rsidR="005761AD" w:rsidRDefault="005761AD" w:rsidP="005761AD">
      <w:pPr>
        <w:spacing w:after="0" w:line="240" w:lineRule="auto"/>
        <w:rPr>
          <w:rFonts w:ascii="Arial" w:hAnsi="Arial"/>
          <w:b/>
          <w:color w:val="2C3E50"/>
          <w:sz w:val="18"/>
          <w:lang w:val="it-IT"/>
        </w:rPr>
      </w:pPr>
    </w:p>
    <w:p w14:paraId="09944AF2" w14:textId="77777777" w:rsidR="001D5C18" w:rsidRPr="001D5C18" w:rsidRDefault="00F145BE" w:rsidP="001D5C18">
      <w:pPr>
        <w:pStyle w:val="Paragrafoelenco"/>
        <w:numPr>
          <w:ilvl w:val="0"/>
          <w:numId w:val="10"/>
        </w:numPr>
        <w:spacing w:before="160" w:after="80" w:line="252" w:lineRule="auto"/>
        <w:ind w:left="426"/>
        <w:rPr>
          <w:rFonts w:ascii="Arial" w:hAnsi="Arial"/>
          <w:color w:val="333333"/>
          <w:sz w:val="20"/>
          <w:szCs w:val="20"/>
          <w:lang w:val="it-IT"/>
        </w:rPr>
      </w:pPr>
      <w:r w:rsidRPr="001D5C18">
        <w:rPr>
          <w:rFonts w:ascii="Arial" w:hAnsi="Arial"/>
          <w:b/>
          <w:color w:val="2C3E50"/>
          <w:sz w:val="20"/>
          <w:szCs w:val="20"/>
          <w:lang w:val="it-IT"/>
        </w:rPr>
        <w:t xml:space="preserve">Periodo e Orari: </w:t>
      </w:r>
      <w:r w:rsidRPr="001D5C18">
        <w:rPr>
          <w:rFonts w:ascii="Arial" w:hAnsi="Arial"/>
          <w:color w:val="333333"/>
          <w:sz w:val="20"/>
          <w:szCs w:val="20"/>
          <w:lang w:val="it-IT"/>
        </w:rPr>
        <w:t>I corsi inizieranno a partire dal mese di ottobre in orario pomeridiano (dalle 14.15 alle 16.15), nelle giornate di lunedì, mercoledì o venerdì secondo le disponibilità organizzative.</w:t>
      </w:r>
    </w:p>
    <w:p w14:paraId="1882EEA8" w14:textId="77777777" w:rsidR="001D5C18" w:rsidRPr="001D5C18" w:rsidRDefault="00F145BE" w:rsidP="001D5C18">
      <w:pPr>
        <w:pStyle w:val="Paragrafoelenco"/>
        <w:numPr>
          <w:ilvl w:val="0"/>
          <w:numId w:val="10"/>
        </w:numPr>
        <w:spacing w:before="160" w:after="80" w:line="252" w:lineRule="auto"/>
        <w:ind w:left="426"/>
        <w:rPr>
          <w:rFonts w:ascii="Arial" w:hAnsi="Arial"/>
          <w:color w:val="333333"/>
          <w:sz w:val="20"/>
          <w:szCs w:val="20"/>
          <w:lang w:val="it-IT"/>
        </w:rPr>
      </w:pPr>
      <w:r w:rsidRPr="001D5C18">
        <w:rPr>
          <w:rFonts w:ascii="Arial" w:hAnsi="Arial"/>
          <w:b/>
          <w:color w:val="2C3E50"/>
          <w:sz w:val="20"/>
          <w:szCs w:val="20"/>
          <w:lang w:val="it-IT"/>
        </w:rPr>
        <w:t xml:space="preserve">Attivazione: </w:t>
      </w:r>
      <w:r w:rsidRPr="001D5C18">
        <w:rPr>
          <w:rFonts w:ascii="Arial" w:hAnsi="Arial"/>
          <w:color w:val="333333"/>
          <w:sz w:val="20"/>
          <w:szCs w:val="20"/>
          <w:lang w:val="it-IT"/>
        </w:rPr>
        <w:t>I corsi saranno attivati esclusivamente al raggiungimento di un minimo di 16 iscritti per modulo.</w:t>
      </w:r>
    </w:p>
    <w:p w14:paraId="55BC0B9C" w14:textId="77777777" w:rsidR="001D5C18" w:rsidRPr="001D5C18" w:rsidRDefault="00F145BE" w:rsidP="001D5C18">
      <w:pPr>
        <w:pStyle w:val="Paragrafoelenco"/>
        <w:numPr>
          <w:ilvl w:val="0"/>
          <w:numId w:val="10"/>
        </w:numPr>
        <w:spacing w:before="160" w:after="80" w:line="252" w:lineRule="auto"/>
        <w:ind w:left="426"/>
        <w:rPr>
          <w:rFonts w:ascii="Arial" w:hAnsi="Arial"/>
          <w:color w:val="333333"/>
          <w:sz w:val="20"/>
          <w:szCs w:val="20"/>
          <w:lang w:val="it-IT"/>
        </w:rPr>
      </w:pPr>
      <w:r w:rsidRPr="001D5C18">
        <w:rPr>
          <w:rFonts w:ascii="Arial" w:hAnsi="Arial"/>
          <w:b/>
          <w:color w:val="2C3E50"/>
          <w:sz w:val="20"/>
          <w:szCs w:val="20"/>
          <w:lang w:val="it-IT"/>
        </w:rPr>
        <w:t xml:space="preserve">Pagamento: </w:t>
      </w:r>
      <w:r w:rsidRPr="001D5C18">
        <w:rPr>
          <w:rFonts w:ascii="Arial" w:hAnsi="Arial"/>
          <w:color w:val="333333"/>
          <w:sz w:val="20"/>
          <w:szCs w:val="20"/>
          <w:lang w:val="it-IT"/>
        </w:rPr>
        <w:t>L'iscrizione impegna al versamento dell'intera quota al momento dell'attivazione ed entro la fine di ottobre.</w:t>
      </w:r>
      <w:r w:rsidR="001D5C18" w:rsidRPr="001D5C18">
        <w:rPr>
          <w:rFonts w:ascii="Arial" w:hAnsi="Arial"/>
          <w:color w:val="333333"/>
          <w:sz w:val="20"/>
          <w:szCs w:val="20"/>
          <w:lang w:val="it-IT"/>
        </w:rPr>
        <w:t xml:space="preserve"> </w:t>
      </w:r>
      <w:r w:rsidRPr="001D5C18">
        <w:rPr>
          <w:rFonts w:ascii="Arial" w:hAnsi="Arial"/>
          <w:color w:val="333333"/>
          <w:sz w:val="20"/>
          <w:szCs w:val="20"/>
          <w:lang w:val="it-IT"/>
        </w:rPr>
        <w:t>Calendario e modalità di pagamento saranno comunicati nelle prime settimane di ottobre.</w:t>
      </w:r>
    </w:p>
    <w:p w14:paraId="6E899AA5" w14:textId="64BDB397" w:rsidR="009B36CF" w:rsidRPr="001D5C18" w:rsidRDefault="00F145BE" w:rsidP="00F145BE">
      <w:pPr>
        <w:pStyle w:val="Paragrafoelenco"/>
        <w:numPr>
          <w:ilvl w:val="0"/>
          <w:numId w:val="10"/>
        </w:numPr>
        <w:spacing w:before="160" w:after="80" w:line="252" w:lineRule="auto"/>
        <w:ind w:left="426"/>
        <w:rPr>
          <w:rFonts w:ascii="Arial" w:hAnsi="Arial"/>
          <w:color w:val="333333"/>
          <w:sz w:val="20"/>
          <w:szCs w:val="20"/>
          <w:lang w:val="it-IT"/>
        </w:rPr>
      </w:pPr>
      <w:r w:rsidRPr="001D5C18">
        <w:rPr>
          <w:rFonts w:ascii="Arial" w:hAnsi="Arial"/>
          <w:b/>
          <w:color w:val="2C3E50"/>
          <w:sz w:val="20"/>
          <w:szCs w:val="20"/>
          <w:lang w:val="it-IT"/>
        </w:rPr>
        <w:t xml:space="preserve">Scadenza: </w:t>
      </w:r>
      <w:r w:rsidRPr="001D5C18">
        <w:rPr>
          <w:rFonts w:ascii="Arial" w:hAnsi="Arial"/>
          <w:color w:val="333333"/>
          <w:sz w:val="20"/>
          <w:szCs w:val="20"/>
          <w:lang w:val="it-IT"/>
        </w:rPr>
        <w:t xml:space="preserve">Gli alunni interessati sono pregati di consegnare la </w:t>
      </w:r>
      <w:r>
        <w:rPr>
          <w:rFonts w:ascii="Arial" w:hAnsi="Arial"/>
          <w:color w:val="333333"/>
          <w:sz w:val="20"/>
          <w:szCs w:val="20"/>
          <w:lang w:val="it-IT"/>
        </w:rPr>
        <w:t>SCHEDA</w:t>
      </w:r>
      <w:r w:rsidRPr="001D5C18">
        <w:rPr>
          <w:rFonts w:ascii="Arial" w:hAnsi="Arial"/>
          <w:color w:val="333333"/>
          <w:sz w:val="20"/>
          <w:szCs w:val="20"/>
          <w:lang w:val="it-IT"/>
        </w:rPr>
        <w:t xml:space="preserve"> </w:t>
      </w:r>
      <w:r>
        <w:rPr>
          <w:rFonts w:ascii="Arial" w:hAnsi="Arial"/>
          <w:color w:val="333333"/>
          <w:sz w:val="20"/>
          <w:szCs w:val="20"/>
          <w:lang w:val="it-IT"/>
        </w:rPr>
        <w:t>SUL RETRO</w:t>
      </w:r>
      <w:r w:rsidRPr="001D5C18">
        <w:rPr>
          <w:rFonts w:ascii="Arial" w:hAnsi="Arial"/>
          <w:color w:val="333333"/>
          <w:sz w:val="20"/>
          <w:szCs w:val="20"/>
          <w:lang w:val="it-IT"/>
        </w:rPr>
        <w:t xml:space="preserve">, compilata e firmata, al proprio docente di matematica </w:t>
      </w:r>
      <w:r>
        <w:rPr>
          <w:rFonts w:ascii="Arial" w:hAnsi="Arial"/>
          <w:color w:val="333333"/>
          <w:sz w:val="20"/>
          <w:szCs w:val="20"/>
          <w:lang w:val="it-IT"/>
        </w:rPr>
        <w:t>ENTRO</w:t>
      </w:r>
      <w:r w:rsidRPr="001D5C18">
        <w:rPr>
          <w:rFonts w:ascii="Arial" w:hAnsi="Arial"/>
          <w:color w:val="333333"/>
          <w:sz w:val="20"/>
          <w:szCs w:val="20"/>
          <w:lang w:val="it-IT"/>
        </w:rPr>
        <w:t xml:space="preserve"> </w:t>
      </w:r>
      <w:r w:rsidR="000304B7">
        <w:rPr>
          <w:rFonts w:ascii="Arial" w:hAnsi="Arial"/>
          <w:color w:val="333333"/>
          <w:sz w:val="20"/>
          <w:szCs w:val="20"/>
          <w:lang w:val="it-IT"/>
        </w:rPr>
        <w:t>LUNEDI’</w:t>
      </w:r>
      <w:r w:rsidRPr="001D5C18">
        <w:rPr>
          <w:rFonts w:ascii="Arial" w:hAnsi="Arial"/>
          <w:color w:val="333333"/>
          <w:sz w:val="20"/>
          <w:szCs w:val="20"/>
          <w:lang w:val="it-IT"/>
        </w:rPr>
        <w:t xml:space="preserve"> 21 </w:t>
      </w:r>
      <w:r w:rsidR="000304B7">
        <w:rPr>
          <w:rFonts w:ascii="Arial" w:hAnsi="Arial"/>
          <w:color w:val="333333"/>
          <w:sz w:val="20"/>
          <w:szCs w:val="20"/>
          <w:lang w:val="it-IT"/>
        </w:rPr>
        <w:t>SETTEMBRE</w:t>
      </w:r>
      <w:r>
        <w:rPr>
          <w:rFonts w:ascii="Arial" w:hAnsi="Arial"/>
          <w:color w:val="333333"/>
          <w:sz w:val="20"/>
          <w:szCs w:val="20"/>
          <w:lang w:val="it-IT"/>
        </w:rPr>
        <w:t xml:space="preserve"> (il versamento verrà richiesto in un secondo momento)</w:t>
      </w:r>
      <w:r w:rsidRPr="001D5C18">
        <w:rPr>
          <w:rFonts w:ascii="Arial" w:hAnsi="Arial"/>
          <w:color w:val="333333"/>
          <w:sz w:val="20"/>
          <w:szCs w:val="20"/>
          <w:lang w:val="it-IT"/>
        </w:rPr>
        <w:t>.</w:t>
      </w:r>
    </w:p>
    <w:p w14:paraId="53A9B19B" w14:textId="37D0A7C1" w:rsidR="00BF6222" w:rsidRPr="00F145BE" w:rsidRDefault="00F145BE" w:rsidP="001D5C18">
      <w:pPr>
        <w:spacing w:before="160" w:after="80" w:line="252" w:lineRule="auto"/>
        <w:ind w:firstLine="426"/>
        <w:rPr>
          <w:rFonts w:ascii="Arial" w:hAnsi="Arial"/>
          <w:b/>
          <w:color w:val="2C3E50"/>
          <w:sz w:val="20"/>
          <w:szCs w:val="20"/>
          <w:lang w:val="it-IT"/>
        </w:rPr>
      </w:pPr>
      <w:r w:rsidRPr="00F145BE">
        <w:rPr>
          <w:rFonts w:ascii="Arial" w:hAnsi="Arial"/>
          <w:iCs/>
          <w:color w:val="333333"/>
          <w:sz w:val="20"/>
          <w:szCs w:val="20"/>
          <w:lang w:val="it-IT"/>
        </w:rPr>
        <w:t>Borgosesia, 14 settembre 2026</w:t>
      </w:r>
      <w:r w:rsidRPr="00F145BE">
        <w:rPr>
          <w:rFonts w:ascii="Arial" w:hAnsi="Arial"/>
          <w:b/>
          <w:iCs/>
          <w:color w:val="2C3E50"/>
          <w:sz w:val="20"/>
          <w:szCs w:val="20"/>
          <w:lang w:val="it-IT"/>
        </w:rPr>
        <w:tab/>
      </w:r>
      <w:r w:rsidRPr="00F145BE">
        <w:rPr>
          <w:rFonts w:ascii="Arial" w:hAnsi="Arial"/>
          <w:b/>
          <w:iCs/>
          <w:color w:val="2C3E50"/>
          <w:sz w:val="20"/>
          <w:szCs w:val="20"/>
          <w:lang w:val="it-IT"/>
        </w:rPr>
        <w:tab/>
      </w:r>
      <w:r w:rsidRPr="00F145BE">
        <w:rPr>
          <w:rFonts w:ascii="Arial" w:hAnsi="Arial"/>
          <w:b/>
          <w:iCs/>
          <w:color w:val="2C3E50"/>
          <w:sz w:val="20"/>
          <w:szCs w:val="20"/>
          <w:lang w:val="it-IT"/>
        </w:rPr>
        <w:tab/>
      </w:r>
      <w:r w:rsidRPr="00F145BE">
        <w:rPr>
          <w:rFonts w:ascii="Arial" w:hAnsi="Arial"/>
          <w:b/>
          <w:iCs/>
          <w:color w:val="2C3E50"/>
          <w:sz w:val="20"/>
          <w:szCs w:val="20"/>
          <w:lang w:val="it-IT"/>
        </w:rPr>
        <w:tab/>
      </w:r>
      <w:r w:rsidRPr="00F145BE">
        <w:rPr>
          <w:rFonts w:ascii="Arial" w:hAnsi="Arial"/>
          <w:b/>
          <w:iCs/>
          <w:color w:val="2C3E50"/>
          <w:sz w:val="20"/>
          <w:szCs w:val="20"/>
          <w:lang w:val="it-IT"/>
        </w:rPr>
        <w:tab/>
      </w:r>
      <w:r w:rsidRPr="00F145BE">
        <w:rPr>
          <w:rFonts w:ascii="Arial" w:hAnsi="Arial"/>
          <w:b/>
          <w:iCs/>
          <w:color w:val="2C3E50"/>
          <w:sz w:val="20"/>
          <w:szCs w:val="20"/>
          <w:lang w:val="it-IT"/>
        </w:rPr>
        <w:tab/>
      </w:r>
      <w:r w:rsidRPr="00F145BE">
        <w:rPr>
          <w:rFonts w:ascii="Arial" w:hAnsi="Arial"/>
          <w:b/>
          <w:iCs/>
          <w:color w:val="2C3E50"/>
          <w:sz w:val="20"/>
          <w:szCs w:val="20"/>
          <w:lang w:val="it-IT"/>
        </w:rPr>
        <w:tab/>
        <w:t>Il Dirigente Scolastico</w:t>
      </w:r>
      <w:r w:rsidRPr="00F145BE">
        <w:rPr>
          <w:rFonts w:ascii="Arial" w:hAnsi="Arial"/>
          <w:b/>
          <w:iCs/>
          <w:color w:val="2C3E50"/>
          <w:sz w:val="20"/>
          <w:szCs w:val="20"/>
          <w:lang w:val="it-IT"/>
        </w:rPr>
        <w:br/>
      </w:r>
      <w:r w:rsidRPr="00F145BE">
        <w:rPr>
          <w:rFonts w:ascii="Arial" w:hAnsi="Arial"/>
          <w:b/>
          <w:color w:val="2C3E50"/>
          <w:sz w:val="20"/>
          <w:szCs w:val="20"/>
          <w:lang w:val="it-IT"/>
        </w:rPr>
        <w:tab/>
      </w:r>
      <w:r w:rsidRPr="00F145BE">
        <w:rPr>
          <w:rFonts w:ascii="Arial" w:hAnsi="Arial"/>
          <w:b/>
          <w:color w:val="2C3E50"/>
          <w:sz w:val="20"/>
          <w:szCs w:val="20"/>
          <w:lang w:val="it-IT"/>
        </w:rPr>
        <w:tab/>
      </w:r>
      <w:r w:rsidRPr="00F145BE">
        <w:rPr>
          <w:rFonts w:ascii="Arial" w:hAnsi="Arial"/>
          <w:b/>
          <w:color w:val="2C3E50"/>
          <w:sz w:val="20"/>
          <w:szCs w:val="20"/>
          <w:lang w:val="it-IT"/>
        </w:rPr>
        <w:tab/>
      </w:r>
      <w:r w:rsidRPr="00F145BE">
        <w:rPr>
          <w:rFonts w:ascii="Arial" w:hAnsi="Arial"/>
          <w:b/>
          <w:color w:val="2C3E50"/>
          <w:sz w:val="20"/>
          <w:szCs w:val="20"/>
          <w:lang w:val="it-IT"/>
        </w:rPr>
        <w:tab/>
      </w:r>
      <w:r w:rsidRPr="00F145BE">
        <w:rPr>
          <w:rFonts w:ascii="Arial" w:hAnsi="Arial"/>
          <w:b/>
          <w:color w:val="2C3E50"/>
          <w:sz w:val="20"/>
          <w:szCs w:val="20"/>
          <w:lang w:val="it-IT"/>
        </w:rPr>
        <w:tab/>
      </w:r>
      <w:r w:rsidRPr="00F145BE">
        <w:rPr>
          <w:rFonts w:ascii="Arial" w:hAnsi="Arial"/>
          <w:b/>
          <w:color w:val="2C3E50"/>
          <w:sz w:val="20"/>
          <w:szCs w:val="20"/>
          <w:lang w:val="it-IT"/>
        </w:rPr>
        <w:tab/>
      </w:r>
      <w:r w:rsidRPr="00F145BE">
        <w:rPr>
          <w:rFonts w:ascii="Arial" w:hAnsi="Arial"/>
          <w:b/>
          <w:color w:val="2C3E50"/>
          <w:sz w:val="20"/>
          <w:szCs w:val="20"/>
          <w:lang w:val="it-IT"/>
        </w:rPr>
        <w:tab/>
      </w:r>
      <w:r w:rsidR="00B0525F" w:rsidRPr="00F145BE">
        <w:rPr>
          <w:rFonts w:ascii="Arial" w:hAnsi="Arial"/>
          <w:b/>
          <w:color w:val="2C3E50"/>
          <w:sz w:val="20"/>
          <w:szCs w:val="20"/>
          <w:lang w:val="it-IT"/>
        </w:rPr>
        <w:tab/>
      </w:r>
      <w:r w:rsidR="00B0525F" w:rsidRPr="00F145BE">
        <w:rPr>
          <w:rFonts w:ascii="Arial" w:hAnsi="Arial"/>
          <w:b/>
          <w:color w:val="2C3E50"/>
          <w:sz w:val="20"/>
          <w:szCs w:val="20"/>
          <w:lang w:val="it-IT"/>
        </w:rPr>
        <w:tab/>
      </w:r>
      <w:proofErr w:type="gramStart"/>
      <w:r w:rsidR="00B0525F" w:rsidRPr="00F145BE">
        <w:rPr>
          <w:rFonts w:ascii="Arial" w:hAnsi="Arial"/>
          <w:b/>
          <w:color w:val="2C3E50"/>
          <w:sz w:val="20"/>
          <w:szCs w:val="20"/>
          <w:lang w:val="it-IT"/>
        </w:rPr>
        <w:tab/>
        <w:t xml:space="preserve">  </w:t>
      </w:r>
      <w:r w:rsidR="001D5C18" w:rsidRPr="00F145BE">
        <w:rPr>
          <w:rFonts w:ascii="Arial" w:hAnsi="Arial"/>
          <w:b/>
          <w:color w:val="2C3E50"/>
          <w:sz w:val="20"/>
          <w:szCs w:val="20"/>
          <w:lang w:val="it-IT"/>
        </w:rPr>
        <w:tab/>
      </w:r>
      <w:proofErr w:type="gramEnd"/>
      <w:r w:rsidR="00B0525F" w:rsidRPr="00F145BE">
        <w:rPr>
          <w:rFonts w:ascii="Arial" w:hAnsi="Arial"/>
          <w:b/>
          <w:color w:val="2C3E50"/>
          <w:sz w:val="20"/>
          <w:szCs w:val="20"/>
          <w:lang w:val="it-IT"/>
        </w:rPr>
        <w:t xml:space="preserve">  </w:t>
      </w:r>
      <w:r w:rsidRPr="00F145BE">
        <w:rPr>
          <w:rFonts w:ascii="Arial" w:hAnsi="Arial"/>
          <w:b/>
          <w:color w:val="2C3E50"/>
          <w:sz w:val="20"/>
          <w:szCs w:val="20"/>
          <w:lang w:val="it-IT"/>
        </w:rPr>
        <w:t>Carmelo Profetto</w:t>
      </w:r>
    </w:p>
    <w:p w14:paraId="0310F4E5" w14:textId="77777777" w:rsidR="00F145BE" w:rsidRPr="00B0525F" w:rsidRDefault="00F145BE" w:rsidP="001D5C18">
      <w:pPr>
        <w:spacing w:before="160" w:after="80" w:line="252" w:lineRule="auto"/>
        <w:ind w:firstLine="426"/>
        <w:rPr>
          <w:lang w:val="it-IT"/>
        </w:rPr>
      </w:pPr>
    </w:p>
    <w:p w14:paraId="5BB801D3" w14:textId="24FEE3B3" w:rsidR="00BF6222" w:rsidRDefault="00F145BE">
      <w:pPr>
        <w:spacing w:before="80" w:after="80" w:line="252" w:lineRule="auto"/>
        <w:jc w:val="center"/>
        <w:rPr>
          <w:rFonts w:ascii="Arial" w:hAnsi="Arial"/>
          <w:b/>
          <w:color w:val="003366"/>
          <w:sz w:val="24"/>
          <w:lang w:val="it-IT"/>
        </w:rPr>
      </w:pPr>
      <w:r>
        <w:rPr>
          <w:rFonts w:ascii="Arial" w:hAnsi="Arial"/>
          <w:b/>
          <w:color w:val="003366"/>
          <w:sz w:val="24"/>
        </w:rPr>
        <w:t>📝</w:t>
      </w:r>
      <w:r w:rsidRPr="00B0525F">
        <w:rPr>
          <w:rFonts w:ascii="Arial" w:hAnsi="Arial"/>
          <w:b/>
          <w:color w:val="003366"/>
          <w:sz w:val="24"/>
          <w:lang w:val="it-IT"/>
        </w:rPr>
        <w:t xml:space="preserve"> SCHEDA DI ADESIONE AI CORSI ICDL</w:t>
      </w:r>
    </w:p>
    <w:p w14:paraId="71F97747" w14:textId="77777777" w:rsidR="001D5C18" w:rsidRPr="00B0525F" w:rsidRDefault="001D5C18">
      <w:pPr>
        <w:spacing w:before="80" w:after="80" w:line="252" w:lineRule="auto"/>
        <w:jc w:val="center"/>
        <w:rPr>
          <w:lang w:val="it-IT"/>
        </w:rPr>
      </w:pPr>
    </w:p>
    <w:p w14:paraId="63733F52" w14:textId="77777777" w:rsidR="001D5C18" w:rsidRDefault="00F145BE">
      <w:pPr>
        <w:spacing w:after="120" w:line="252" w:lineRule="auto"/>
        <w:rPr>
          <w:rFonts w:ascii="Arial" w:hAnsi="Arial"/>
          <w:color w:val="333333"/>
          <w:sz w:val="19"/>
          <w:lang w:val="it-IT"/>
        </w:rPr>
      </w:pPr>
      <w:r w:rsidRPr="00B0525F">
        <w:rPr>
          <w:rFonts w:ascii="Arial" w:hAnsi="Arial"/>
          <w:color w:val="333333"/>
          <w:sz w:val="19"/>
          <w:lang w:val="it-IT"/>
        </w:rPr>
        <w:t xml:space="preserve">Il/La sottoscritto/a (Cognome e Nome DELLO STUDENTE) ___________________________________________ </w:t>
      </w:r>
    </w:p>
    <w:p w14:paraId="5E8011BB" w14:textId="77777777" w:rsidR="001D5C18" w:rsidRDefault="00F145BE">
      <w:pPr>
        <w:spacing w:after="120" w:line="252" w:lineRule="auto"/>
        <w:rPr>
          <w:rFonts w:ascii="Arial" w:hAnsi="Arial"/>
          <w:color w:val="333333"/>
          <w:sz w:val="19"/>
          <w:lang w:val="it-IT"/>
        </w:rPr>
      </w:pPr>
      <w:r w:rsidRPr="00B0525F">
        <w:rPr>
          <w:rFonts w:ascii="Arial" w:hAnsi="Arial"/>
          <w:color w:val="333333"/>
          <w:sz w:val="19"/>
          <w:lang w:val="it-IT"/>
        </w:rPr>
        <w:br/>
        <w:t xml:space="preserve">della Classe ________ Sez. ________ intende frequentare, </w:t>
      </w:r>
    </w:p>
    <w:p w14:paraId="3D2AE9CC" w14:textId="57512187" w:rsidR="00BF6222" w:rsidRDefault="00F145BE">
      <w:pPr>
        <w:spacing w:after="120" w:line="252" w:lineRule="auto"/>
        <w:rPr>
          <w:rFonts w:ascii="Arial" w:hAnsi="Arial"/>
          <w:color w:val="333333"/>
          <w:sz w:val="19"/>
          <w:lang w:val="it-IT"/>
        </w:rPr>
      </w:pPr>
      <w:r w:rsidRPr="00B0525F">
        <w:rPr>
          <w:rFonts w:ascii="Arial" w:hAnsi="Arial"/>
          <w:color w:val="333333"/>
          <w:sz w:val="19"/>
          <w:lang w:val="it-IT"/>
        </w:rPr>
        <w:t>tra i corsi proposti dall'Istituto, quelli contrassegnati da una crocetta [X]:</w:t>
      </w:r>
    </w:p>
    <w:p w14:paraId="7AA79D89" w14:textId="77777777" w:rsidR="001D5C18" w:rsidRPr="00B0525F" w:rsidRDefault="001D5C18">
      <w:pPr>
        <w:spacing w:after="120" w:line="252" w:lineRule="auto"/>
        <w:rPr>
          <w:lang w:val="it-IT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400"/>
        <w:gridCol w:w="5400"/>
      </w:tblGrid>
      <w:tr w:rsidR="00BF6222" w14:paraId="5B70BE02" w14:textId="77777777">
        <w:trPr>
          <w:jc w:val="center"/>
        </w:trPr>
        <w:tc>
          <w:tcPr>
            <w:tcW w:w="5400" w:type="dxa"/>
          </w:tcPr>
          <w:p w14:paraId="32581166" w14:textId="77777777" w:rsidR="00BF6222" w:rsidRDefault="00F145BE">
            <w:pPr>
              <w:spacing w:before="40" w:after="40"/>
            </w:pPr>
            <w:r>
              <w:rPr>
                <w:rFonts w:ascii="Arial" w:hAnsi="Arial"/>
                <w:color w:val="333333"/>
                <w:sz w:val="19"/>
              </w:rPr>
              <w:t>[  ] Computer Essentials</w:t>
            </w:r>
          </w:p>
        </w:tc>
        <w:tc>
          <w:tcPr>
            <w:tcW w:w="5400" w:type="dxa"/>
          </w:tcPr>
          <w:p w14:paraId="77A04B2C" w14:textId="77777777" w:rsidR="00BF6222" w:rsidRDefault="00F145BE">
            <w:pPr>
              <w:spacing w:before="40" w:after="40"/>
            </w:pPr>
            <w:r>
              <w:rPr>
                <w:rFonts w:ascii="Arial" w:hAnsi="Arial"/>
                <w:color w:val="333333"/>
                <w:sz w:val="19"/>
              </w:rPr>
              <w:t>[  ] Presentation</w:t>
            </w:r>
          </w:p>
        </w:tc>
      </w:tr>
      <w:tr w:rsidR="00BF6222" w14:paraId="7E2C154C" w14:textId="77777777">
        <w:trPr>
          <w:jc w:val="center"/>
        </w:trPr>
        <w:tc>
          <w:tcPr>
            <w:tcW w:w="5400" w:type="dxa"/>
          </w:tcPr>
          <w:p w14:paraId="0F3649A4" w14:textId="77777777" w:rsidR="00BF6222" w:rsidRDefault="00F145BE">
            <w:pPr>
              <w:spacing w:before="40" w:after="40"/>
            </w:pPr>
            <w:r>
              <w:rPr>
                <w:rFonts w:ascii="Arial" w:hAnsi="Arial"/>
                <w:color w:val="333333"/>
                <w:sz w:val="19"/>
              </w:rPr>
              <w:t>[  ] Online Essentials</w:t>
            </w:r>
          </w:p>
        </w:tc>
        <w:tc>
          <w:tcPr>
            <w:tcW w:w="5400" w:type="dxa"/>
          </w:tcPr>
          <w:p w14:paraId="30B3D62C" w14:textId="77777777" w:rsidR="00BF6222" w:rsidRDefault="00F145BE">
            <w:pPr>
              <w:spacing w:before="40" w:after="40"/>
            </w:pPr>
            <w:r>
              <w:rPr>
                <w:rFonts w:ascii="Arial" w:hAnsi="Arial"/>
                <w:color w:val="333333"/>
                <w:sz w:val="19"/>
              </w:rPr>
              <w:t>[  ] Online Collaboration</w:t>
            </w:r>
          </w:p>
        </w:tc>
      </w:tr>
      <w:tr w:rsidR="00BF6222" w14:paraId="11C91B05" w14:textId="77777777">
        <w:trPr>
          <w:jc w:val="center"/>
        </w:trPr>
        <w:tc>
          <w:tcPr>
            <w:tcW w:w="5400" w:type="dxa"/>
          </w:tcPr>
          <w:p w14:paraId="7C39F11A" w14:textId="77777777" w:rsidR="00BF6222" w:rsidRDefault="00F145BE">
            <w:pPr>
              <w:spacing w:before="40" w:after="40"/>
            </w:pPr>
            <w:r>
              <w:rPr>
                <w:rFonts w:ascii="Arial" w:hAnsi="Arial"/>
                <w:color w:val="333333"/>
                <w:sz w:val="19"/>
              </w:rPr>
              <w:t>[  ] Word Processing</w:t>
            </w:r>
          </w:p>
        </w:tc>
        <w:tc>
          <w:tcPr>
            <w:tcW w:w="5400" w:type="dxa"/>
          </w:tcPr>
          <w:p w14:paraId="55E3733F" w14:textId="77777777" w:rsidR="00BF6222" w:rsidRDefault="00F145BE">
            <w:pPr>
              <w:spacing w:before="40" w:after="40"/>
            </w:pPr>
            <w:r>
              <w:rPr>
                <w:rFonts w:ascii="Arial" w:hAnsi="Arial"/>
                <w:color w:val="333333"/>
                <w:sz w:val="19"/>
              </w:rPr>
              <w:t>[  ] IT Security</w:t>
            </w:r>
          </w:p>
        </w:tc>
      </w:tr>
      <w:tr w:rsidR="00BF6222" w14:paraId="3238BD74" w14:textId="77777777">
        <w:trPr>
          <w:jc w:val="center"/>
        </w:trPr>
        <w:tc>
          <w:tcPr>
            <w:tcW w:w="5400" w:type="dxa"/>
          </w:tcPr>
          <w:p w14:paraId="386058EA" w14:textId="77777777" w:rsidR="00BF6222" w:rsidRDefault="00F145BE">
            <w:pPr>
              <w:spacing w:before="40" w:after="40"/>
              <w:rPr>
                <w:rFonts w:ascii="Arial" w:hAnsi="Arial"/>
                <w:color w:val="333333"/>
                <w:sz w:val="19"/>
              </w:rPr>
            </w:pPr>
            <w:r>
              <w:rPr>
                <w:rFonts w:ascii="Arial" w:hAnsi="Arial"/>
                <w:color w:val="333333"/>
                <w:sz w:val="19"/>
              </w:rPr>
              <w:t>[  ] Spreadsheets</w:t>
            </w:r>
          </w:p>
          <w:p w14:paraId="6B1E4E34" w14:textId="77777777" w:rsidR="001D5C18" w:rsidRDefault="001D5C18">
            <w:pPr>
              <w:spacing w:before="40" w:after="40"/>
            </w:pPr>
          </w:p>
        </w:tc>
        <w:tc>
          <w:tcPr>
            <w:tcW w:w="5400" w:type="dxa"/>
          </w:tcPr>
          <w:p w14:paraId="04AB145C" w14:textId="77777777" w:rsidR="00BF6222" w:rsidRDefault="00BF6222">
            <w:pPr>
              <w:spacing w:before="40" w:after="40"/>
            </w:pPr>
          </w:p>
        </w:tc>
      </w:tr>
    </w:tbl>
    <w:p w14:paraId="1E16076A" w14:textId="36310F7A" w:rsidR="001D5C18" w:rsidRDefault="00F145BE" w:rsidP="001D5C18">
      <w:pPr>
        <w:spacing w:after="120" w:line="240" w:lineRule="auto"/>
        <w:rPr>
          <w:rFonts w:ascii="Arial" w:hAnsi="Arial"/>
          <w:color w:val="333333"/>
          <w:sz w:val="19"/>
          <w:lang w:val="it-IT"/>
        </w:rPr>
      </w:pPr>
      <w:r w:rsidRPr="00B0525F">
        <w:rPr>
          <w:rFonts w:ascii="Arial" w:hAnsi="Arial"/>
          <w:color w:val="333333"/>
          <w:sz w:val="19"/>
          <w:lang w:val="it-IT"/>
        </w:rPr>
        <w:t>Borgosesia, ____/____/2026</w:t>
      </w:r>
      <w:r w:rsidRPr="00B0525F">
        <w:rPr>
          <w:rFonts w:ascii="Arial" w:hAnsi="Arial"/>
          <w:color w:val="333333"/>
          <w:sz w:val="19"/>
          <w:lang w:val="it-IT"/>
        </w:rPr>
        <w:br/>
      </w:r>
      <w:r w:rsidRPr="00B0525F">
        <w:rPr>
          <w:rFonts w:ascii="Arial" w:hAnsi="Arial"/>
          <w:color w:val="333333"/>
          <w:sz w:val="19"/>
          <w:lang w:val="it-IT"/>
        </w:rPr>
        <w:br/>
        <w:t xml:space="preserve">Firma dello studente: </w:t>
      </w:r>
      <w:r w:rsidR="001D5C18">
        <w:rPr>
          <w:rFonts w:ascii="Arial" w:hAnsi="Arial"/>
          <w:color w:val="333333"/>
          <w:sz w:val="19"/>
          <w:lang w:val="it-IT"/>
        </w:rPr>
        <w:t>____</w:t>
      </w:r>
      <w:r w:rsidRPr="00B0525F">
        <w:rPr>
          <w:rFonts w:ascii="Arial" w:hAnsi="Arial"/>
          <w:color w:val="333333"/>
          <w:sz w:val="19"/>
          <w:lang w:val="it-IT"/>
        </w:rPr>
        <w:t xml:space="preserve">_________________________ </w:t>
      </w:r>
      <w:r w:rsidRPr="00B0525F">
        <w:rPr>
          <w:rFonts w:ascii="Arial" w:hAnsi="Arial"/>
          <w:color w:val="333333"/>
          <w:sz w:val="19"/>
          <w:lang w:val="it-IT"/>
        </w:rPr>
        <w:tab/>
      </w:r>
      <w:r w:rsidRPr="00B0525F">
        <w:rPr>
          <w:rFonts w:ascii="Arial" w:hAnsi="Arial"/>
          <w:color w:val="333333"/>
          <w:sz w:val="19"/>
          <w:lang w:val="it-IT"/>
        </w:rPr>
        <w:tab/>
        <w:t xml:space="preserve">Firma del genitore: ___________________________ </w:t>
      </w:r>
    </w:p>
    <w:p w14:paraId="45C8CF2D" w14:textId="0B5384B0" w:rsidR="00BF6222" w:rsidRDefault="00F145BE" w:rsidP="001D5C18">
      <w:pPr>
        <w:spacing w:after="120" w:line="240" w:lineRule="auto"/>
        <w:ind w:left="5040" w:firstLine="720"/>
        <w:rPr>
          <w:rFonts w:ascii="Arial" w:hAnsi="Arial"/>
          <w:color w:val="333333"/>
          <w:sz w:val="19"/>
          <w:lang w:val="it-IT"/>
        </w:rPr>
      </w:pPr>
      <w:r w:rsidRPr="00B0525F">
        <w:rPr>
          <w:rFonts w:ascii="Arial" w:hAnsi="Arial"/>
          <w:color w:val="333333"/>
          <w:sz w:val="19"/>
          <w:lang w:val="it-IT"/>
        </w:rPr>
        <w:t>(Se minorenne)</w:t>
      </w:r>
    </w:p>
    <w:p w14:paraId="2329801A" w14:textId="1FCE3C56" w:rsidR="000304B7" w:rsidRPr="000E19AF" w:rsidRDefault="000E19AF" w:rsidP="000E19AF">
      <w:pPr>
        <w:spacing w:after="120" w:line="240" w:lineRule="auto"/>
        <w:rPr>
          <w:rFonts w:ascii="Arial" w:hAnsi="Arial"/>
          <w:color w:val="333333"/>
          <w:sz w:val="24"/>
          <w:szCs w:val="24"/>
          <w:lang w:val="it-IT"/>
        </w:rPr>
      </w:pPr>
      <w:r w:rsidRPr="00AD40E9">
        <w:rPr>
          <w:rFonts w:ascii="Segoe UI Symbol" w:hAnsi="Segoe UI Symbol" w:cs="Segoe UI Symbol"/>
          <w:color w:val="333333"/>
          <w:sz w:val="24"/>
          <w:szCs w:val="24"/>
          <w:lang w:val="it-IT"/>
        </w:rPr>
        <w:t>✂</w:t>
      </w:r>
      <w:r w:rsidRPr="00AD40E9">
        <w:rPr>
          <w:rFonts w:ascii="Arial" w:hAnsi="Arial"/>
          <w:color w:val="333333"/>
          <w:sz w:val="24"/>
          <w:szCs w:val="24"/>
          <w:lang w:val="it-IT"/>
        </w:rPr>
        <w:t>---------------------------------------------------------------------------------------------------------------------------</w:t>
      </w:r>
      <w:r w:rsidRPr="00AD40E9">
        <w:rPr>
          <w:rFonts w:ascii="Segoe UI Symbol" w:hAnsi="Segoe UI Symbol" w:cs="Segoe UI Symbol"/>
          <w:color w:val="333333"/>
          <w:sz w:val="24"/>
          <w:szCs w:val="24"/>
          <w:lang w:val="it-IT"/>
        </w:rPr>
        <w:t>✂</w:t>
      </w:r>
    </w:p>
    <w:p w14:paraId="5B65C617" w14:textId="45ED6C4F" w:rsidR="000E19AF" w:rsidRPr="00AD40E9" w:rsidRDefault="000304B7" w:rsidP="000E19AF">
      <w:pPr>
        <w:rPr>
          <w:rFonts w:ascii="Arial" w:hAnsi="Arial"/>
          <w:color w:val="333333"/>
          <w:sz w:val="19"/>
          <w:lang w:val="it-IT"/>
        </w:rPr>
      </w:pPr>
      <w:r>
        <w:rPr>
          <w:rFonts w:ascii="Arial" w:hAnsi="Arial"/>
          <w:color w:val="333333"/>
          <w:sz w:val="19"/>
          <w:lang w:val="it-IT"/>
        </w:rPr>
        <w:br w:type="page"/>
      </w:r>
    </w:p>
    <w:p w14:paraId="554FDE28" w14:textId="77777777" w:rsidR="000304B7" w:rsidRDefault="000304B7" w:rsidP="000304B7">
      <w:pPr>
        <w:spacing w:before="80" w:after="80" w:line="252" w:lineRule="auto"/>
        <w:jc w:val="center"/>
        <w:rPr>
          <w:rFonts w:ascii="Arial" w:hAnsi="Arial"/>
          <w:b/>
          <w:color w:val="003366"/>
          <w:sz w:val="24"/>
          <w:lang w:val="it-IT"/>
        </w:rPr>
      </w:pPr>
      <w:r>
        <w:rPr>
          <w:rFonts w:ascii="Arial" w:hAnsi="Arial"/>
          <w:b/>
          <w:color w:val="003366"/>
          <w:sz w:val="24"/>
        </w:rPr>
        <w:lastRenderedPageBreak/>
        <w:t>📝</w:t>
      </w:r>
      <w:r w:rsidRPr="00B0525F">
        <w:rPr>
          <w:rFonts w:ascii="Arial" w:hAnsi="Arial"/>
          <w:b/>
          <w:color w:val="003366"/>
          <w:sz w:val="24"/>
          <w:lang w:val="it-IT"/>
        </w:rPr>
        <w:t xml:space="preserve"> SCHEDA DI ADESIONE AI CORSI ICDL</w:t>
      </w:r>
    </w:p>
    <w:p w14:paraId="740A7933" w14:textId="77777777" w:rsidR="000304B7" w:rsidRPr="00B0525F" w:rsidRDefault="000304B7" w:rsidP="000304B7">
      <w:pPr>
        <w:spacing w:before="80" w:after="80" w:line="252" w:lineRule="auto"/>
        <w:jc w:val="center"/>
        <w:rPr>
          <w:lang w:val="it-IT"/>
        </w:rPr>
      </w:pPr>
    </w:p>
    <w:p w14:paraId="50D87D1B" w14:textId="77777777" w:rsidR="000304B7" w:rsidRPr="000304B7" w:rsidRDefault="000304B7" w:rsidP="000304B7">
      <w:pPr>
        <w:spacing w:after="120" w:line="252" w:lineRule="auto"/>
        <w:rPr>
          <w:rFonts w:ascii="Arial" w:hAnsi="Arial"/>
          <w:color w:val="333333"/>
          <w:sz w:val="20"/>
          <w:szCs w:val="20"/>
          <w:lang w:val="it-IT"/>
        </w:rPr>
      </w:pPr>
      <w:r w:rsidRPr="000304B7">
        <w:rPr>
          <w:rFonts w:ascii="Arial" w:hAnsi="Arial"/>
          <w:color w:val="333333"/>
          <w:sz w:val="20"/>
          <w:szCs w:val="20"/>
          <w:lang w:val="it-IT"/>
        </w:rPr>
        <w:t xml:space="preserve">Il/La sottoscritto/a (Cognome e Nome DELLO STUDENTE) ___________________________________________ </w:t>
      </w:r>
    </w:p>
    <w:p w14:paraId="1C445E16" w14:textId="0271EE38" w:rsidR="000304B7" w:rsidRPr="000304B7" w:rsidRDefault="000304B7" w:rsidP="000304B7">
      <w:pPr>
        <w:spacing w:after="120" w:line="252" w:lineRule="auto"/>
        <w:rPr>
          <w:rFonts w:ascii="Arial" w:hAnsi="Arial"/>
          <w:color w:val="333333"/>
          <w:sz w:val="20"/>
          <w:szCs w:val="20"/>
          <w:lang w:val="it-IT"/>
        </w:rPr>
      </w:pPr>
      <w:r w:rsidRPr="000304B7">
        <w:rPr>
          <w:rFonts w:ascii="Arial" w:hAnsi="Arial"/>
          <w:color w:val="333333"/>
          <w:sz w:val="20"/>
          <w:szCs w:val="20"/>
          <w:lang w:val="it-IT"/>
        </w:rPr>
        <w:t xml:space="preserve">della Classe ________ Sez. ________ intende frequentare, </w:t>
      </w:r>
    </w:p>
    <w:p w14:paraId="05DA2D57" w14:textId="77777777" w:rsidR="000304B7" w:rsidRPr="000304B7" w:rsidRDefault="000304B7" w:rsidP="000304B7">
      <w:pPr>
        <w:spacing w:after="120" w:line="252" w:lineRule="auto"/>
        <w:rPr>
          <w:rFonts w:ascii="Arial" w:hAnsi="Arial"/>
          <w:color w:val="333333"/>
          <w:sz w:val="20"/>
          <w:szCs w:val="20"/>
          <w:lang w:val="it-IT"/>
        </w:rPr>
      </w:pPr>
      <w:r w:rsidRPr="000304B7">
        <w:rPr>
          <w:rFonts w:ascii="Arial" w:hAnsi="Arial"/>
          <w:color w:val="333333"/>
          <w:sz w:val="20"/>
          <w:szCs w:val="20"/>
          <w:lang w:val="it-IT"/>
        </w:rPr>
        <w:t>tra i corsi proposti dall'Istituto, quelli contrassegnati da una crocetta [X]: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400"/>
        <w:gridCol w:w="5400"/>
      </w:tblGrid>
      <w:tr w:rsidR="000304B7" w:rsidRPr="000304B7" w14:paraId="0F78836B" w14:textId="77777777" w:rsidTr="003F5A41">
        <w:trPr>
          <w:jc w:val="center"/>
        </w:trPr>
        <w:tc>
          <w:tcPr>
            <w:tcW w:w="5400" w:type="dxa"/>
          </w:tcPr>
          <w:p w14:paraId="032EFE9E" w14:textId="77777777" w:rsidR="000304B7" w:rsidRPr="000304B7" w:rsidRDefault="000304B7" w:rsidP="003F5A41">
            <w:pPr>
              <w:spacing w:before="40" w:after="40"/>
              <w:rPr>
                <w:sz w:val="20"/>
                <w:szCs w:val="20"/>
              </w:rPr>
            </w:pPr>
            <w:proofErr w:type="gramStart"/>
            <w:r w:rsidRPr="000304B7">
              <w:rPr>
                <w:rFonts w:ascii="Arial" w:hAnsi="Arial"/>
                <w:color w:val="333333"/>
                <w:sz w:val="20"/>
                <w:szCs w:val="20"/>
              </w:rPr>
              <w:t>[  ]</w:t>
            </w:r>
            <w:proofErr w:type="gramEnd"/>
            <w:r w:rsidRPr="000304B7">
              <w:rPr>
                <w:rFonts w:ascii="Arial" w:hAnsi="Arial"/>
                <w:color w:val="333333"/>
                <w:sz w:val="20"/>
                <w:szCs w:val="20"/>
              </w:rPr>
              <w:t xml:space="preserve"> Computer Essentials</w:t>
            </w:r>
          </w:p>
        </w:tc>
        <w:tc>
          <w:tcPr>
            <w:tcW w:w="5400" w:type="dxa"/>
          </w:tcPr>
          <w:p w14:paraId="3CEA9C3C" w14:textId="77777777" w:rsidR="000304B7" w:rsidRPr="000304B7" w:rsidRDefault="000304B7" w:rsidP="003F5A41">
            <w:pPr>
              <w:spacing w:before="40" w:after="40"/>
              <w:rPr>
                <w:sz w:val="20"/>
                <w:szCs w:val="20"/>
              </w:rPr>
            </w:pPr>
            <w:proofErr w:type="gramStart"/>
            <w:r w:rsidRPr="000304B7">
              <w:rPr>
                <w:rFonts w:ascii="Arial" w:hAnsi="Arial"/>
                <w:color w:val="333333"/>
                <w:sz w:val="20"/>
                <w:szCs w:val="20"/>
              </w:rPr>
              <w:t>[  ]</w:t>
            </w:r>
            <w:proofErr w:type="gramEnd"/>
            <w:r w:rsidRPr="000304B7">
              <w:rPr>
                <w:rFonts w:ascii="Arial" w:hAnsi="Arial"/>
                <w:color w:val="333333"/>
                <w:sz w:val="20"/>
                <w:szCs w:val="20"/>
              </w:rPr>
              <w:t xml:space="preserve"> Presentation</w:t>
            </w:r>
          </w:p>
        </w:tc>
      </w:tr>
      <w:tr w:rsidR="000304B7" w:rsidRPr="000304B7" w14:paraId="2244319C" w14:textId="77777777" w:rsidTr="003F5A41">
        <w:trPr>
          <w:jc w:val="center"/>
        </w:trPr>
        <w:tc>
          <w:tcPr>
            <w:tcW w:w="5400" w:type="dxa"/>
          </w:tcPr>
          <w:p w14:paraId="1D564D48" w14:textId="77777777" w:rsidR="000304B7" w:rsidRPr="000304B7" w:rsidRDefault="000304B7" w:rsidP="003F5A41">
            <w:pPr>
              <w:spacing w:before="40" w:after="40"/>
              <w:rPr>
                <w:sz w:val="20"/>
                <w:szCs w:val="20"/>
              </w:rPr>
            </w:pPr>
            <w:proofErr w:type="gramStart"/>
            <w:r w:rsidRPr="000304B7">
              <w:rPr>
                <w:rFonts w:ascii="Arial" w:hAnsi="Arial"/>
                <w:color w:val="333333"/>
                <w:sz w:val="20"/>
                <w:szCs w:val="20"/>
              </w:rPr>
              <w:t>[  ]</w:t>
            </w:r>
            <w:proofErr w:type="gramEnd"/>
            <w:r w:rsidRPr="000304B7">
              <w:rPr>
                <w:rFonts w:ascii="Arial" w:hAnsi="Arial"/>
                <w:color w:val="333333"/>
                <w:sz w:val="20"/>
                <w:szCs w:val="20"/>
              </w:rPr>
              <w:t xml:space="preserve"> Online Essentials</w:t>
            </w:r>
          </w:p>
        </w:tc>
        <w:tc>
          <w:tcPr>
            <w:tcW w:w="5400" w:type="dxa"/>
          </w:tcPr>
          <w:p w14:paraId="12DF797B" w14:textId="77777777" w:rsidR="000304B7" w:rsidRPr="000304B7" w:rsidRDefault="000304B7" w:rsidP="003F5A41">
            <w:pPr>
              <w:spacing w:before="40" w:after="40"/>
              <w:rPr>
                <w:sz w:val="20"/>
                <w:szCs w:val="20"/>
              </w:rPr>
            </w:pPr>
            <w:proofErr w:type="gramStart"/>
            <w:r w:rsidRPr="000304B7">
              <w:rPr>
                <w:rFonts w:ascii="Arial" w:hAnsi="Arial"/>
                <w:color w:val="333333"/>
                <w:sz w:val="20"/>
                <w:szCs w:val="20"/>
              </w:rPr>
              <w:t>[  ]</w:t>
            </w:r>
            <w:proofErr w:type="gramEnd"/>
            <w:r w:rsidRPr="000304B7">
              <w:rPr>
                <w:rFonts w:ascii="Arial" w:hAnsi="Arial"/>
                <w:color w:val="333333"/>
                <w:sz w:val="20"/>
                <w:szCs w:val="20"/>
              </w:rPr>
              <w:t xml:space="preserve"> Online Collaboration</w:t>
            </w:r>
          </w:p>
        </w:tc>
      </w:tr>
      <w:tr w:rsidR="000304B7" w:rsidRPr="000304B7" w14:paraId="429F4EFA" w14:textId="77777777" w:rsidTr="003F5A41">
        <w:trPr>
          <w:jc w:val="center"/>
        </w:trPr>
        <w:tc>
          <w:tcPr>
            <w:tcW w:w="5400" w:type="dxa"/>
          </w:tcPr>
          <w:p w14:paraId="2D3003EA" w14:textId="77777777" w:rsidR="000304B7" w:rsidRPr="000304B7" w:rsidRDefault="000304B7" w:rsidP="003F5A41">
            <w:pPr>
              <w:spacing w:before="40" w:after="40"/>
              <w:rPr>
                <w:sz w:val="20"/>
                <w:szCs w:val="20"/>
              </w:rPr>
            </w:pPr>
            <w:proofErr w:type="gramStart"/>
            <w:r w:rsidRPr="000304B7">
              <w:rPr>
                <w:rFonts w:ascii="Arial" w:hAnsi="Arial"/>
                <w:color w:val="333333"/>
                <w:sz w:val="20"/>
                <w:szCs w:val="20"/>
              </w:rPr>
              <w:t>[  ]</w:t>
            </w:r>
            <w:proofErr w:type="gramEnd"/>
            <w:r w:rsidRPr="000304B7">
              <w:rPr>
                <w:rFonts w:ascii="Arial" w:hAnsi="Arial"/>
                <w:color w:val="333333"/>
                <w:sz w:val="20"/>
                <w:szCs w:val="20"/>
              </w:rPr>
              <w:t xml:space="preserve"> Word Processing</w:t>
            </w:r>
          </w:p>
        </w:tc>
        <w:tc>
          <w:tcPr>
            <w:tcW w:w="5400" w:type="dxa"/>
          </w:tcPr>
          <w:p w14:paraId="26130479" w14:textId="77777777" w:rsidR="000304B7" w:rsidRPr="000304B7" w:rsidRDefault="000304B7" w:rsidP="003F5A41">
            <w:pPr>
              <w:spacing w:before="40" w:after="40"/>
              <w:rPr>
                <w:sz w:val="20"/>
                <w:szCs w:val="20"/>
              </w:rPr>
            </w:pPr>
            <w:proofErr w:type="gramStart"/>
            <w:r w:rsidRPr="000304B7">
              <w:rPr>
                <w:rFonts w:ascii="Arial" w:hAnsi="Arial"/>
                <w:color w:val="333333"/>
                <w:sz w:val="20"/>
                <w:szCs w:val="20"/>
              </w:rPr>
              <w:t>[  ]</w:t>
            </w:r>
            <w:proofErr w:type="gramEnd"/>
            <w:r w:rsidRPr="000304B7">
              <w:rPr>
                <w:rFonts w:ascii="Arial" w:hAnsi="Arial"/>
                <w:color w:val="333333"/>
                <w:sz w:val="20"/>
                <w:szCs w:val="20"/>
              </w:rPr>
              <w:t xml:space="preserve"> IT Security</w:t>
            </w:r>
          </w:p>
        </w:tc>
      </w:tr>
      <w:tr w:rsidR="000304B7" w:rsidRPr="000304B7" w14:paraId="52CC0C7F" w14:textId="77777777" w:rsidTr="003F5A41">
        <w:trPr>
          <w:jc w:val="center"/>
        </w:trPr>
        <w:tc>
          <w:tcPr>
            <w:tcW w:w="5400" w:type="dxa"/>
          </w:tcPr>
          <w:p w14:paraId="74A5AF6C" w14:textId="77777777" w:rsidR="000304B7" w:rsidRPr="000304B7" w:rsidRDefault="000304B7" w:rsidP="003F5A41">
            <w:pPr>
              <w:spacing w:before="40" w:after="40"/>
              <w:rPr>
                <w:rFonts w:ascii="Arial" w:hAnsi="Arial"/>
                <w:color w:val="333333"/>
                <w:sz w:val="20"/>
                <w:szCs w:val="20"/>
              </w:rPr>
            </w:pPr>
            <w:proofErr w:type="gramStart"/>
            <w:r w:rsidRPr="000304B7">
              <w:rPr>
                <w:rFonts w:ascii="Arial" w:hAnsi="Arial"/>
                <w:color w:val="333333"/>
                <w:sz w:val="20"/>
                <w:szCs w:val="20"/>
              </w:rPr>
              <w:t>[  ]</w:t>
            </w:r>
            <w:proofErr w:type="gramEnd"/>
            <w:r w:rsidRPr="000304B7">
              <w:rPr>
                <w:rFonts w:ascii="Arial" w:hAnsi="Arial"/>
                <w:color w:val="333333"/>
                <w:sz w:val="20"/>
                <w:szCs w:val="20"/>
              </w:rPr>
              <w:t xml:space="preserve"> Spreadsheets</w:t>
            </w:r>
          </w:p>
          <w:p w14:paraId="1347C3F0" w14:textId="77777777" w:rsidR="000304B7" w:rsidRPr="000304B7" w:rsidRDefault="000304B7" w:rsidP="003F5A41">
            <w:pPr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5400" w:type="dxa"/>
          </w:tcPr>
          <w:p w14:paraId="433491D9" w14:textId="77777777" w:rsidR="000304B7" w:rsidRPr="000304B7" w:rsidRDefault="000304B7" w:rsidP="003F5A41">
            <w:pPr>
              <w:spacing w:before="40" w:after="40"/>
              <w:rPr>
                <w:sz w:val="20"/>
                <w:szCs w:val="20"/>
              </w:rPr>
            </w:pPr>
          </w:p>
        </w:tc>
      </w:tr>
    </w:tbl>
    <w:p w14:paraId="790835BB" w14:textId="2F608C55" w:rsidR="000304B7" w:rsidRPr="000304B7" w:rsidRDefault="000304B7" w:rsidP="000304B7">
      <w:pPr>
        <w:spacing w:after="120" w:line="240" w:lineRule="auto"/>
        <w:rPr>
          <w:rFonts w:ascii="Arial" w:hAnsi="Arial"/>
          <w:color w:val="333333"/>
          <w:sz w:val="20"/>
          <w:szCs w:val="20"/>
          <w:lang w:val="it-IT"/>
        </w:rPr>
      </w:pPr>
      <w:r w:rsidRPr="000304B7">
        <w:rPr>
          <w:rFonts w:ascii="Arial" w:hAnsi="Arial"/>
          <w:color w:val="333333"/>
          <w:sz w:val="20"/>
          <w:szCs w:val="20"/>
          <w:lang w:val="it-IT"/>
        </w:rPr>
        <w:t>Borgosesia, ____/____/2026</w:t>
      </w:r>
      <w:r w:rsidRPr="000304B7">
        <w:rPr>
          <w:rFonts w:ascii="Arial" w:hAnsi="Arial"/>
          <w:color w:val="333333"/>
          <w:sz w:val="20"/>
          <w:szCs w:val="20"/>
          <w:lang w:val="it-IT"/>
        </w:rPr>
        <w:br/>
        <w:t xml:space="preserve">Firma dello studente: _____________________________ </w:t>
      </w:r>
      <w:r w:rsidRPr="000304B7">
        <w:rPr>
          <w:rFonts w:ascii="Arial" w:hAnsi="Arial"/>
          <w:color w:val="333333"/>
          <w:sz w:val="20"/>
          <w:szCs w:val="20"/>
          <w:lang w:val="it-IT"/>
        </w:rPr>
        <w:tab/>
        <w:t xml:space="preserve">Firma del genitore: ___________________________ </w:t>
      </w:r>
    </w:p>
    <w:p w14:paraId="4B023FB8" w14:textId="77777777" w:rsidR="000304B7" w:rsidRPr="000304B7" w:rsidRDefault="000304B7" w:rsidP="000304B7">
      <w:pPr>
        <w:spacing w:after="120" w:line="240" w:lineRule="auto"/>
        <w:ind w:left="5040" w:firstLine="720"/>
        <w:rPr>
          <w:sz w:val="20"/>
          <w:szCs w:val="20"/>
          <w:lang w:val="it-IT"/>
        </w:rPr>
      </w:pPr>
      <w:r w:rsidRPr="000304B7">
        <w:rPr>
          <w:rFonts w:ascii="Arial" w:hAnsi="Arial"/>
          <w:color w:val="333333"/>
          <w:sz w:val="20"/>
          <w:szCs w:val="20"/>
          <w:lang w:val="it-IT"/>
        </w:rPr>
        <w:t>(Se minorenne)</w:t>
      </w:r>
    </w:p>
    <w:p w14:paraId="39AA8CC0" w14:textId="77777777" w:rsidR="000304B7" w:rsidRDefault="000304B7" w:rsidP="000304B7">
      <w:pPr>
        <w:spacing w:before="80" w:after="80" w:line="252" w:lineRule="auto"/>
        <w:jc w:val="center"/>
        <w:rPr>
          <w:rFonts w:ascii="Arial" w:hAnsi="Arial"/>
          <w:b/>
          <w:color w:val="003366"/>
          <w:sz w:val="24"/>
        </w:rPr>
      </w:pPr>
    </w:p>
    <w:p w14:paraId="124FC5D1" w14:textId="77777777" w:rsidR="00AD40E9" w:rsidRDefault="00AD40E9" w:rsidP="000304B7">
      <w:pPr>
        <w:spacing w:before="80" w:after="80" w:line="252" w:lineRule="auto"/>
        <w:jc w:val="center"/>
        <w:rPr>
          <w:rFonts w:ascii="Arial" w:hAnsi="Arial"/>
          <w:b/>
          <w:color w:val="003366"/>
          <w:sz w:val="24"/>
        </w:rPr>
      </w:pPr>
    </w:p>
    <w:p w14:paraId="2AB58715" w14:textId="77FCD5FF" w:rsidR="000304B7" w:rsidRDefault="000304B7" w:rsidP="000304B7">
      <w:pPr>
        <w:spacing w:before="80" w:after="80" w:line="252" w:lineRule="auto"/>
        <w:jc w:val="center"/>
        <w:rPr>
          <w:rFonts w:ascii="Arial" w:hAnsi="Arial"/>
          <w:b/>
          <w:color w:val="003366"/>
          <w:sz w:val="24"/>
          <w:lang w:val="it-IT"/>
        </w:rPr>
      </w:pPr>
      <w:r>
        <w:rPr>
          <w:rFonts w:ascii="Arial" w:hAnsi="Arial"/>
          <w:b/>
          <w:color w:val="003366"/>
          <w:sz w:val="24"/>
        </w:rPr>
        <w:t>📝</w:t>
      </w:r>
      <w:r w:rsidRPr="00B0525F">
        <w:rPr>
          <w:rFonts w:ascii="Arial" w:hAnsi="Arial"/>
          <w:b/>
          <w:color w:val="003366"/>
          <w:sz w:val="24"/>
          <w:lang w:val="it-IT"/>
        </w:rPr>
        <w:t xml:space="preserve"> SCHEDA DI ADESIONE AI CORSI ICDL</w:t>
      </w:r>
    </w:p>
    <w:p w14:paraId="110C0873" w14:textId="77777777" w:rsidR="000304B7" w:rsidRPr="00B0525F" w:rsidRDefault="000304B7" w:rsidP="000304B7">
      <w:pPr>
        <w:spacing w:before="80" w:after="80" w:line="252" w:lineRule="auto"/>
        <w:jc w:val="center"/>
        <w:rPr>
          <w:lang w:val="it-IT"/>
        </w:rPr>
      </w:pPr>
    </w:p>
    <w:p w14:paraId="15ACD2C3" w14:textId="77777777" w:rsidR="000304B7" w:rsidRPr="000304B7" w:rsidRDefault="000304B7" w:rsidP="000304B7">
      <w:pPr>
        <w:spacing w:after="120" w:line="252" w:lineRule="auto"/>
        <w:rPr>
          <w:rFonts w:ascii="Arial" w:hAnsi="Arial"/>
          <w:color w:val="333333"/>
          <w:sz w:val="20"/>
          <w:szCs w:val="20"/>
          <w:lang w:val="it-IT"/>
        </w:rPr>
      </w:pPr>
      <w:r w:rsidRPr="000304B7">
        <w:rPr>
          <w:rFonts w:ascii="Arial" w:hAnsi="Arial"/>
          <w:color w:val="333333"/>
          <w:sz w:val="20"/>
          <w:szCs w:val="20"/>
          <w:lang w:val="it-IT"/>
        </w:rPr>
        <w:t xml:space="preserve">Il/La sottoscritto/a (Cognome e Nome DELLO STUDENTE) ___________________________________________ </w:t>
      </w:r>
    </w:p>
    <w:p w14:paraId="221E320C" w14:textId="77777777" w:rsidR="000304B7" w:rsidRPr="000304B7" w:rsidRDefault="000304B7" w:rsidP="000304B7">
      <w:pPr>
        <w:spacing w:after="120" w:line="252" w:lineRule="auto"/>
        <w:rPr>
          <w:rFonts w:ascii="Arial" w:hAnsi="Arial"/>
          <w:color w:val="333333"/>
          <w:sz w:val="20"/>
          <w:szCs w:val="20"/>
          <w:lang w:val="it-IT"/>
        </w:rPr>
      </w:pPr>
      <w:r w:rsidRPr="000304B7">
        <w:rPr>
          <w:rFonts w:ascii="Arial" w:hAnsi="Arial"/>
          <w:color w:val="333333"/>
          <w:sz w:val="20"/>
          <w:szCs w:val="20"/>
          <w:lang w:val="it-IT"/>
        </w:rPr>
        <w:t xml:space="preserve">della Classe ________ Sez. ________ intende frequentare, </w:t>
      </w:r>
    </w:p>
    <w:p w14:paraId="7B72BA77" w14:textId="77777777" w:rsidR="000304B7" w:rsidRPr="000304B7" w:rsidRDefault="000304B7" w:rsidP="000304B7">
      <w:pPr>
        <w:spacing w:after="120" w:line="252" w:lineRule="auto"/>
        <w:rPr>
          <w:rFonts w:ascii="Arial" w:hAnsi="Arial"/>
          <w:color w:val="333333"/>
          <w:sz w:val="20"/>
          <w:szCs w:val="20"/>
          <w:lang w:val="it-IT"/>
        </w:rPr>
      </w:pPr>
      <w:r w:rsidRPr="000304B7">
        <w:rPr>
          <w:rFonts w:ascii="Arial" w:hAnsi="Arial"/>
          <w:color w:val="333333"/>
          <w:sz w:val="20"/>
          <w:szCs w:val="20"/>
          <w:lang w:val="it-IT"/>
        </w:rPr>
        <w:t>tra i corsi proposti dall'Istituto, quelli contrassegnati da una crocetta [X]: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400"/>
        <w:gridCol w:w="5400"/>
      </w:tblGrid>
      <w:tr w:rsidR="000304B7" w:rsidRPr="000304B7" w14:paraId="33A949DF" w14:textId="77777777" w:rsidTr="003F5A41">
        <w:trPr>
          <w:jc w:val="center"/>
        </w:trPr>
        <w:tc>
          <w:tcPr>
            <w:tcW w:w="5400" w:type="dxa"/>
          </w:tcPr>
          <w:p w14:paraId="7B686BB3" w14:textId="77777777" w:rsidR="000304B7" w:rsidRPr="000304B7" w:rsidRDefault="000304B7" w:rsidP="003F5A41">
            <w:pPr>
              <w:spacing w:before="40" w:after="40"/>
              <w:rPr>
                <w:sz w:val="20"/>
                <w:szCs w:val="20"/>
              </w:rPr>
            </w:pPr>
            <w:proofErr w:type="gramStart"/>
            <w:r w:rsidRPr="000304B7">
              <w:rPr>
                <w:rFonts w:ascii="Arial" w:hAnsi="Arial"/>
                <w:color w:val="333333"/>
                <w:sz w:val="20"/>
                <w:szCs w:val="20"/>
              </w:rPr>
              <w:t>[  ]</w:t>
            </w:r>
            <w:proofErr w:type="gramEnd"/>
            <w:r w:rsidRPr="000304B7">
              <w:rPr>
                <w:rFonts w:ascii="Arial" w:hAnsi="Arial"/>
                <w:color w:val="333333"/>
                <w:sz w:val="20"/>
                <w:szCs w:val="20"/>
              </w:rPr>
              <w:t xml:space="preserve"> Computer Essentials</w:t>
            </w:r>
          </w:p>
        </w:tc>
        <w:tc>
          <w:tcPr>
            <w:tcW w:w="5400" w:type="dxa"/>
          </w:tcPr>
          <w:p w14:paraId="6FF8B79F" w14:textId="77777777" w:rsidR="000304B7" w:rsidRPr="000304B7" w:rsidRDefault="000304B7" w:rsidP="003F5A41">
            <w:pPr>
              <w:spacing w:before="40" w:after="40"/>
              <w:rPr>
                <w:sz w:val="20"/>
                <w:szCs w:val="20"/>
              </w:rPr>
            </w:pPr>
            <w:proofErr w:type="gramStart"/>
            <w:r w:rsidRPr="000304B7">
              <w:rPr>
                <w:rFonts w:ascii="Arial" w:hAnsi="Arial"/>
                <w:color w:val="333333"/>
                <w:sz w:val="20"/>
                <w:szCs w:val="20"/>
              </w:rPr>
              <w:t>[  ]</w:t>
            </w:r>
            <w:proofErr w:type="gramEnd"/>
            <w:r w:rsidRPr="000304B7">
              <w:rPr>
                <w:rFonts w:ascii="Arial" w:hAnsi="Arial"/>
                <w:color w:val="333333"/>
                <w:sz w:val="20"/>
                <w:szCs w:val="20"/>
              </w:rPr>
              <w:t xml:space="preserve"> Presentation</w:t>
            </w:r>
          </w:p>
        </w:tc>
      </w:tr>
      <w:tr w:rsidR="000304B7" w:rsidRPr="000304B7" w14:paraId="55C2DA87" w14:textId="77777777" w:rsidTr="003F5A41">
        <w:trPr>
          <w:jc w:val="center"/>
        </w:trPr>
        <w:tc>
          <w:tcPr>
            <w:tcW w:w="5400" w:type="dxa"/>
          </w:tcPr>
          <w:p w14:paraId="0083B447" w14:textId="77777777" w:rsidR="000304B7" w:rsidRPr="000304B7" w:rsidRDefault="000304B7" w:rsidP="003F5A41">
            <w:pPr>
              <w:spacing w:before="40" w:after="40"/>
              <w:rPr>
                <w:sz w:val="20"/>
                <w:szCs w:val="20"/>
              </w:rPr>
            </w:pPr>
            <w:proofErr w:type="gramStart"/>
            <w:r w:rsidRPr="000304B7">
              <w:rPr>
                <w:rFonts w:ascii="Arial" w:hAnsi="Arial"/>
                <w:color w:val="333333"/>
                <w:sz w:val="20"/>
                <w:szCs w:val="20"/>
              </w:rPr>
              <w:t>[  ]</w:t>
            </w:r>
            <w:proofErr w:type="gramEnd"/>
            <w:r w:rsidRPr="000304B7">
              <w:rPr>
                <w:rFonts w:ascii="Arial" w:hAnsi="Arial"/>
                <w:color w:val="333333"/>
                <w:sz w:val="20"/>
                <w:szCs w:val="20"/>
              </w:rPr>
              <w:t xml:space="preserve"> Online Essentials</w:t>
            </w:r>
          </w:p>
        </w:tc>
        <w:tc>
          <w:tcPr>
            <w:tcW w:w="5400" w:type="dxa"/>
          </w:tcPr>
          <w:p w14:paraId="57A7A71D" w14:textId="77777777" w:rsidR="000304B7" w:rsidRPr="000304B7" w:rsidRDefault="000304B7" w:rsidP="003F5A41">
            <w:pPr>
              <w:spacing w:before="40" w:after="40"/>
              <w:rPr>
                <w:sz w:val="20"/>
                <w:szCs w:val="20"/>
              </w:rPr>
            </w:pPr>
            <w:proofErr w:type="gramStart"/>
            <w:r w:rsidRPr="000304B7">
              <w:rPr>
                <w:rFonts w:ascii="Arial" w:hAnsi="Arial"/>
                <w:color w:val="333333"/>
                <w:sz w:val="20"/>
                <w:szCs w:val="20"/>
              </w:rPr>
              <w:t>[  ]</w:t>
            </w:r>
            <w:proofErr w:type="gramEnd"/>
            <w:r w:rsidRPr="000304B7">
              <w:rPr>
                <w:rFonts w:ascii="Arial" w:hAnsi="Arial"/>
                <w:color w:val="333333"/>
                <w:sz w:val="20"/>
                <w:szCs w:val="20"/>
              </w:rPr>
              <w:t xml:space="preserve"> Online Collaboration</w:t>
            </w:r>
          </w:p>
        </w:tc>
      </w:tr>
      <w:tr w:rsidR="000304B7" w:rsidRPr="000304B7" w14:paraId="20CFF00B" w14:textId="77777777" w:rsidTr="003F5A41">
        <w:trPr>
          <w:jc w:val="center"/>
        </w:trPr>
        <w:tc>
          <w:tcPr>
            <w:tcW w:w="5400" w:type="dxa"/>
          </w:tcPr>
          <w:p w14:paraId="2F464DED" w14:textId="77777777" w:rsidR="000304B7" w:rsidRPr="000304B7" w:rsidRDefault="000304B7" w:rsidP="003F5A41">
            <w:pPr>
              <w:spacing w:before="40" w:after="40"/>
              <w:rPr>
                <w:sz w:val="20"/>
                <w:szCs w:val="20"/>
              </w:rPr>
            </w:pPr>
            <w:proofErr w:type="gramStart"/>
            <w:r w:rsidRPr="000304B7">
              <w:rPr>
                <w:rFonts w:ascii="Arial" w:hAnsi="Arial"/>
                <w:color w:val="333333"/>
                <w:sz w:val="20"/>
                <w:szCs w:val="20"/>
              </w:rPr>
              <w:t>[  ]</w:t>
            </w:r>
            <w:proofErr w:type="gramEnd"/>
            <w:r w:rsidRPr="000304B7">
              <w:rPr>
                <w:rFonts w:ascii="Arial" w:hAnsi="Arial"/>
                <w:color w:val="333333"/>
                <w:sz w:val="20"/>
                <w:szCs w:val="20"/>
              </w:rPr>
              <w:t xml:space="preserve"> Word Processing</w:t>
            </w:r>
          </w:p>
        </w:tc>
        <w:tc>
          <w:tcPr>
            <w:tcW w:w="5400" w:type="dxa"/>
          </w:tcPr>
          <w:p w14:paraId="3728519E" w14:textId="77777777" w:rsidR="000304B7" w:rsidRPr="000304B7" w:rsidRDefault="000304B7" w:rsidP="003F5A41">
            <w:pPr>
              <w:spacing w:before="40" w:after="40"/>
              <w:rPr>
                <w:sz w:val="20"/>
                <w:szCs w:val="20"/>
              </w:rPr>
            </w:pPr>
            <w:proofErr w:type="gramStart"/>
            <w:r w:rsidRPr="000304B7">
              <w:rPr>
                <w:rFonts w:ascii="Arial" w:hAnsi="Arial"/>
                <w:color w:val="333333"/>
                <w:sz w:val="20"/>
                <w:szCs w:val="20"/>
              </w:rPr>
              <w:t>[  ]</w:t>
            </w:r>
            <w:proofErr w:type="gramEnd"/>
            <w:r w:rsidRPr="000304B7">
              <w:rPr>
                <w:rFonts w:ascii="Arial" w:hAnsi="Arial"/>
                <w:color w:val="333333"/>
                <w:sz w:val="20"/>
                <w:szCs w:val="20"/>
              </w:rPr>
              <w:t xml:space="preserve"> IT Security</w:t>
            </w:r>
          </w:p>
        </w:tc>
      </w:tr>
      <w:tr w:rsidR="000304B7" w:rsidRPr="000304B7" w14:paraId="005022D7" w14:textId="77777777" w:rsidTr="003F5A41">
        <w:trPr>
          <w:jc w:val="center"/>
        </w:trPr>
        <w:tc>
          <w:tcPr>
            <w:tcW w:w="5400" w:type="dxa"/>
          </w:tcPr>
          <w:p w14:paraId="6438A113" w14:textId="77777777" w:rsidR="000304B7" w:rsidRPr="000304B7" w:rsidRDefault="000304B7" w:rsidP="003F5A41">
            <w:pPr>
              <w:spacing w:before="40" w:after="40"/>
              <w:rPr>
                <w:rFonts w:ascii="Arial" w:hAnsi="Arial"/>
                <w:color w:val="333333"/>
                <w:sz w:val="20"/>
                <w:szCs w:val="20"/>
              </w:rPr>
            </w:pPr>
            <w:proofErr w:type="gramStart"/>
            <w:r w:rsidRPr="000304B7">
              <w:rPr>
                <w:rFonts w:ascii="Arial" w:hAnsi="Arial"/>
                <w:color w:val="333333"/>
                <w:sz w:val="20"/>
                <w:szCs w:val="20"/>
              </w:rPr>
              <w:t>[  ]</w:t>
            </w:r>
            <w:proofErr w:type="gramEnd"/>
            <w:r w:rsidRPr="000304B7">
              <w:rPr>
                <w:rFonts w:ascii="Arial" w:hAnsi="Arial"/>
                <w:color w:val="333333"/>
                <w:sz w:val="20"/>
                <w:szCs w:val="20"/>
              </w:rPr>
              <w:t xml:space="preserve"> Spreadsheets</w:t>
            </w:r>
          </w:p>
          <w:p w14:paraId="6B882FE4" w14:textId="77777777" w:rsidR="000304B7" w:rsidRPr="000304B7" w:rsidRDefault="000304B7" w:rsidP="003F5A41">
            <w:pPr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5400" w:type="dxa"/>
          </w:tcPr>
          <w:p w14:paraId="62A21D6F" w14:textId="77777777" w:rsidR="000304B7" w:rsidRPr="000304B7" w:rsidRDefault="000304B7" w:rsidP="003F5A41">
            <w:pPr>
              <w:spacing w:before="40" w:after="40"/>
              <w:rPr>
                <w:sz w:val="20"/>
                <w:szCs w:val="20"/>
              </w:rPr>
            </w:pPr>
          </w:p>
        </w:tc>
      </w:tr>
    </w:tbl>
    <w:p w14:paraId="1D553AB8" w14:textId="77777777" w:rsidR="000304B7" w:rsidRPr="000304B7" w:rsidRDefault="000304B7" w:rsidP="000304B7">
      <w:pPr>
        <w:spacing w:after="120" w:line="240" w:lineRule="auto"/>
        <w:rPr>
          <w:rFonts w:ascii="Arial" w:hAnsi="Arial"/>
          <w:color w:val="333333"/>
          <w:sz w:val="20"/>
          <w:szCs w:val="20"/>
          <w:lang w:val="it-IT"/>
        </w:rPr>
      </w:pPr>
      <w:r w:rsidRPr="000304B7">
        <w:rPr>
          <w:rFonts w:ascii="Arial" w:hAnsi="Arial"/>
          <w:color w:val="333333"/>
          <w:sz w:val="20"/>
          <w:szCs w:val="20"/>
          <w:lang w:val="it-IT"/>
        </w:rPr>
        <w:t>Borgosesia, ____/____/2026</w:t>
      </w:r>
      <w:r w:rsidRPr="000304B7">
        <w:rPr>
          <w:rFonts w:ascii="Arial" w:hAnsi="Arial"/>
          <w:color w:val="333333"/>
          <w:sz w:val="20"/>
          <w:szCs w:val="20"/>
          <w:lang w:val="it-IT"/>
        </w:rPr>
        <w:br/>
        <w:t xml:space="preserve">Firma dello studente: _____________________________ </w:t>
      </w:r>
      <w:r w:rsidRPr="000304B7">
        <w:rPr>
          <w:rFonts w:ascii="Arial" w:hAnsi="Arial"/>
          <w:color w:val="333333"/>
          <w:sz w:val="20"/>
          <w:szCs w:val="20"/>
          <w:lang w:val="it-IT"/>
        </w:rPr>
        <w:tab/>
        <w:t xml:space="preserve">Firma del genitore: ___________________________ </w:t>
      </w:r>
    </w:p>
    <w:p w14:paraId="69BA698D" w14:textId="77777777" w:rsidR="000304B7" w:rsidRPr="000304B7" w:rsidRDefault="000304B7" w:rsidP="000304B7">
      <w:pPr>
        <w:spacing w:after="120" w:line="240" w:lineRule="auto"/>
        <w:ind w:left="5040" w:firstLine="720"/>
        <w:rPr>
          <w:sz w:val="20"/>
          <w:szCs w:val="20"/>
          <w:lang w:val="it-IT"/>
        </w:rPr>
      </w:pPr>
      <w:r w:rsidRPr="000304B7">
        <w:rPr>
          <w:rFonts w:ascii="Arial" w:hAnsi="Arial"/>
          <w:color w:val="333333"/>
          <w:sz w:val="20"/>
          <w:szCs w:val="20"/>
          <w:lang w:val="it-IT"/>
        </w:rPr>
        <w:t>(Se minorenne)</w:t>
      </w:r>
    </w:p>
    <w:p w14:paraId="2E0103D5" w14:textId="77777777" w:rsidR="000304B7" w:rsidRDefault="000304B7" w:rsidP="000304B7">
      <w:pPr>
        <w:spacing w:before="80" w:after="80" w:line="252" w:lineRule="auto"/>
        <w:jc w:val="center"/>
        <w:rPr>
          <w:rFonts w:ascii="Arial" w:hAnsi="Arial"/>
          <w:b/>
          <w:color w:val="003366"/>
          <w:sz w:val="24"/>
        </w:rPr>
      </w:pPr>
    </w:p>
    <w:p w14:paraId="2F70441B" w14:textId="406CEE5C" w:rsidR="000304B7" w:rsidRDefault="000304B7" w:rsidP="000304B7">
      <w:pPr>
        <w:spacing w:before="80" w:after="80" w:line="252" w:lineRule="auto"/>
        <w:jc w:val="center"/>
        <w:rPr>
          <w:rFonts w:ascii="Arial" w:hAnsi="Arial"/>
          <w:b/>
          <w:color w:val="003366"/>
          <w:sz w:val="24"/>
          <w:lang w:val="it-IT"/>
        </w:rPr>
      </w:pPr>
      <w:r>
        <w:rPr>
          <w:rFonts w:ascii="Arial" w:hAnsi="Arial"/>
          <w:b/>
          <w:color w:val="003366"/>
          <w:sz w:val="24"/>
        </w:rPr>
        <w:t>📝</w:t>
      </w:r>
      <w:r w:rsidRPr="00B0525F">
        <w:rPr>
          <w:rFonts w:ascii="Arial" w:hAnsi="Arial"/>
          <w:b/>
          <w:color w:val="003366"/>
          <w:sz w:val="24"/>
          <w:lang w:val="it-IT"/>
        </w:rPr>
        <w:t xml:space="preserve"> SCHEDA DI ADESIONE AI CORSI ICDL</w:t>
      </w:r>
    </w:p>
    <w:p w14:paraId="00F17948" w14:textId="77777777" w:rsidR="000304B7" w:rsidRPr="00B0525F" w:rsidRDefault="000304B7" w:rsidP="000304B7">
      <w:pPr>
        <w:spacing w:before="80" w:after="80" w:line="252" w:lineRule="auto"/>
        <w:jc w:val="center"/>
        <w:rPr>
          <w:lang w:val="it-IT"/>
        </w:rPr>
      </w:pPr>
    </w:p>
    <w:p w14:paraId="4AC67ED8" w14:textId="77777777" w:rsidR="000304B7" w:rsidRPr="000304B7" w:rsidRDefault="000304B7" w:rsidP="000304B7">
      <w:pPr>
        <w:spacing w:after="120" w:line="252" w:lineRule="auto"/>
        <w:rPr>
          <w:rFonts w:ascii="Arial" w:hAnsi="Arial"/>
          <w:color w:val="333333"/>
          <w:sz w:val="20"/>
          <w:szCs w:val="20"/>
          <w:lang w:val="it-IT"/>
        </w:rPr>
      </w:pPr>
      <w:r w:rsidRPr="000304B7">
        <w:rPr>
          <w:rFonts w:ascii="Arial" w:hAnsi="Arial"/>
          <w:color w:val="333333"/>
          <w:sz w:val="20"/>
          <w:szCs w:val="20"/>
          <w:lang w:val="it-IT"/>
        </w:rPr>
        <w:t xml:space="preserve">Il/La sottoscritto/a (Cognome e Nome DELLO STUDENTE) ___________________________________________ </w:t>
      </w:r>
    </w:p>
    <w:p w14:paraId="3BFD0D72" w14:textId="77777777" w:rsidR="000304B7" w:rsidRPr="000304B7" w:rsidRDefault="000304B7" w:rsidP="000304B7">
      <w:pPr>
        <w:spacing w:after="120" w:line="252" w:lineRule="auto"/>
        <w:rPr>
          <w:rFonts w:ascii="Arial" w:hAnsi="Arial"/>
          <w:color w:val="333333"/>
          <w:sz w:val="20"/>
          <w:szCs w:val="20"/>
          <w:lang w:val="it-IT"/>
        </w:rPr>
      </w:pPr>
      <w:r w:rsidRPr="000304B7">
        <w:rPr>
          <w:rFonts w:ascii="Arial" w:hAnsi="Arial"/>
          <w:color w:val="333333"/>
          <w:sz w:val="20"/>
          <w:szCs w:val="20"/>
          <w:lang w:val="it-IT"/>
        </w:rPr>
        <w:t xml:space="preserve">della Classe ________ Sez. ________ intende frequentare, </w:t>
      </w:r>
    </w:p>
    <w:p w14:paraId="75F99FB5" w14:textId="77777777" w:rsidR="000304B7" w:rsidRPr="000304B7" w:rsidRDefault="000304B7" w:rsidP="000304B7">
      <w:pPr>
        <w:spacing w:after="120" w:line="252" w:lineRule="auto"/>
        <w:rPr>
          <w:rFonts w:ascii="Arial" w:hAnsi="Arial"/>
          <w:color w:val="333333"/>
          <w:sz w:val="20"/>
          <w:szCs w:val="20"/>
          <w:lang w:val="it-IT"/>
        </w:rPr>
      </w:pPr>
      <w:r w:rsidRPr="000304B7">
        <w:rPr>
          <w:rFonts w:ascii="Arial" w:hAnsi="Arial"/>
          <w:color w:val="333333"/>
          <w:sz w:val="20"/>
          <w:szCs w:val="20"/>
          <w:lang w:val="it-IT"/>
        </w:rPr>
        <w:t>tra i corsi proposti dall'Istituto, quelli contrassegnati da una crocetta [X]: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400"/>
        <w:gridCol w:w="5400"/>
      </w:tblGrid>
      <w:tr w:rsidR="000304B7" w:rsidRPr="000304B7" w14:paraId="711795C0" w14:textId="77777777" w:rsidTr="003F5A41">
        <w:trPr>
          <w:jc w:val="center"/>
        </w:trPr>
        <w:tc>
          <w:tcPr>
            <w:tcW w:w="5400" w:type="dxa"/>
          </w:tcPr>
          <w:p w14:paraId="0470E608" w14:textId="77777777" w:rsidR="000304B7" w:rsidRPr="000304B7" w:rsidRDefault="000304B7" w:rsidP="003F5A41">
            <w:pPr>
              <w:spacing w:before="40" w:after="40"/>
              <w:rPr>
                <w:sz w:val="20"/>
                <w:szCs w:val="20"/>
              </w:rPr>
            </w:pPr>
            <w:proofErr w:type="gramStart"/>
            <w:r w:rsidRPr="000304B7">
              <w:rPr>
                <w:rFonts w:ascii="Arial" w:hAnsi="Arial"/>
                <w:color w:val="333333"/>
                <w:sz w:val="20"/>
                <w:szCs w:val="20"/>
              </w:rPr>
              <w:t>[  ]</w:t>
            </w:r>
            <w:proofErr w:type="gramEnd"/>
            <w:r w:rsidRPr="000304B7">
              <w:rPr>
                <w:rFonts w:ascii="Arial" w:hAnsi="Arial"/>
                <w:color w:val="333333"/>
                <w:sz w:val="20"/>
                <w:szCs w:val="20"/>
              </w:rPr>
              <w:t xml:space="preserve"> Computer Essentials</w:t>
            </w:r>
          </w:p>
        </w:tc>
        <w:tc>
          <w:tcPr>
            <w:tcW w:w="5400" w:type="dxa"/>
          </w:tcPr>
          <w:p w14:paraId="7A357D5F" w14:textId="77777777" w:rsidR="000304B7" w:rsidRPr="000304B7" w:rsidRDefault="000304B7" w:rsidP="003F5A41">
            <w:pPr>
              <w:spacing w:before="40" w:after="40"/>
              <w:rPr>
                <w:sz w:val="20"/>
                <w:szCs w:val="20"/>
              </w:rPr>
            </w:pPr>
            <w:proofErr w:type="gramStart"/>
            <w:r w:rsidRPr="000304B7">
              <w:rPr>
                <w:rFonts w:ascii="Arial" w:hAnsi="Arial"/>
                <w:color w:val="333333"/>
                <w:sz w:val="20"/>
                <w:szCs w:val="20"/>
              </w:rPr>
              <w:t>[  ]</w:t>
            </w:r>
            <w:proofErr w:type="gramEnd"/>
            <w:r w:rsidRPr="000304B7">
              <w:rPr>
                <w:rFonts w:ascii="Arial" w:hAnsi="Arial"/>
                <w:color w:val="333333"/>
                <w:sz w:val="20"/>
                <w:szCs w:val="20"/>
              </w:rPr>
              <w:t xml:space="preserve"> Presentation</w:t>
            </w:r>
          </w:p>
        </w:tc>
      </w:tr>
      <w:tr w:rsidR="000304B7" w:rsidRPr="000304B7" w14:paraId="4D0068A3" w14:textId="77777777" w:rsidTr="003F5A41">
        <w:trPr>
          <w:jc w:val="center"/>
        </w:trPr>
        <w:tc>
          <w:tcPr>
            <w:tcW w:w="5400" w:type="dxa"/>
          </w:tcPr>
          <w:p w14:paraId="30D8EADA" w14:textId="77777777" w:rsidR="000304B7" w:rsidRPr="000304B7" w:rsidRDefault="000304B7" w:rsidP="003F5A41">
            <w:pPr>
              <w:spacing w:before="40" w:after="40"/>
              <w:rPr>
                <w:sz w:val="20"/>
                <w:szCs w:val="20"/>
              </w:rPr>
            </w:pPr>
            <w:proofErr w:type="gramStart"/>
            <w:r w:rsidRPr="000304B7">
              <w:rPr>
                <w:rFonts w:ascii="Arial" w:hAnsi="Arial"/>
                <w:color w:val="333333"/>
                <w:sz w:val="20"/>
                <w:szCs w:val="20"/>
              </w:rPr>
              <w:t>[  ]</w:t>
            </w:r>
            <w:proofErr w:type="gramEnd"/>
            <w:r w:rsidRPr="000304B7">
              <w:rPr>
                <w:rFonts w:ascii="Arial" w:hAnsi="Arial"/>
                <w:color w:val="333333"/>
                <w:sz w:val="20"/>
                <w:szCs w:val="20"/>
              </w:rPr>
              <w:t xml:space="preserve"> Online Essentials</w:t>
            </w:r>
          </w:p>
        </w:tc>
        <w:tc>
          <w:tcPr>
            <w:tcW w:w="5400" w:type="dxa"/>
          </w:tcPr>
          <w:p w14:paraId="0CB669AA" w14:textId="77777777" w:rsidR="000304B7" w:rsidRPr="000304B7" w:rsidRDefault="000304B7" w:rsidP="003F5A41">
            <w:pPr>
              <w:spacing w:before="40" w:after="40"/>
              <w:rPr>
                <w:sz w:val="20"/>
                <w:szCs w:val="20"/>
              </w:rPr>
            </w:pPr>
            <w:proofErr w:type="gramStart"/>
            <w:r w:rsidRPr="000304B7">
              <w:rPr>
                <w:rFonts w:ascii="Arial" w:hAnsi="Arial"/>
                <w:color w:val="333333"/>
                <w:sz w:val="20"/>
                <w:szCs w:val="20"/>
              </w:rPr>
              <w:t>[  ]</w:t>
            </w:r>
            <w:proofErr w:type="gramEnd"/>
            <w:r w:rsidRPr="000304B7">
              <w:rPr>
                <w:rFonts w:ascii="Arial" w:hAnsi="Arial"/>
                <w:color w:val="333333"/>
                <w:sz w:val="20"/>
                <w:szCs w:val="20"/>
              </w:rPr>
              <w:t xml:space="preserve"> Online Collaboration</w:t>
            </w:r>
          </w:p>
        </w:tc>
      </w:tr>
      <w:tr w:rsidR="000304B7" w:rsidRPr="000304B7" w14:paraId="09036367" w14:textId="77777777" w:rsidTr="003F5A41">
        <w:trPr>
          <w:jc w:val="center"/>
        </w:trPr>
        <w:tc>
          <w:tcPr>
            <w:tcW w:w="5400" w:type="dxa"/>
          </w:tcPr>
          <w:p w14:paraId="23BB12CD" w14:textId="77777777" w:rsidR="000304B7" w:rsidRPr="000304B7" w:rsidRDefault="000304B7" w:rsidP="003F5A41">
            <w:pPr>
              <w:spacing w:before="40" w:after="40"/>
              <w:rPr>
                <w:sz w:val="20"/>
                <w:szCs w:val="20"/>
              </w:rPr>
            </w:pPr>
            <w:proofErr w:type="gramStart"/>
            <w:r w:rsidRPr="000304B7">
              <w:rPr>
                <w:rFonts w:ascii="Arial" w:hAnsi="Arial"/>
                <w:color w:val="333333"/>
                <w:sz w:val="20"/>
                <w:szCs w:val="20"/>
              </w:rPr>
              <w:t>[  ]</w:t>
            </w:r>
            <w:proofErr w:type="gramEnd"/>
            <w:r w:rsidRPr="000304B7">
              <w:rPr>
                <w:rFonts w:ascii="Arial" w:hAnsi="Arial"/>
                <w:color w:val="333333"/>
                <w:sz w:val="20"/>
                <w:szCs w:val="20"/>
              </w:rPr>
              <w:t xml:space="preserve"> Word Processing</w:t>
            </w:r>
          </w:p>
        </w:tc>
        <w:tc>
          <w:tcPr>
            <w:tcW w:w="5400" w:type="dxa"/>
          </w:tcPr>
          <w:p w14:paraId="5ACD174A" w14:textId="77777777" w:rsidR="000304B7" w:rsidRPr="000304B7" w:rsidRDefault="000304B7" w:rsidP="003F5A41">
            <w:pPr>
              <w:spacing w:before="40" w:after="40"/>
              <w:rPr>
                <w:sz w:val="20"/>
                <w:szCs w:val="20"/>
              </w:rPr>
            </w:pPr>
            <w:proofErr w:type="gramStart"/>
            <w:r w:rsidRPr="000304B7">
              <w:rPr>
                <w:rFonts w:ascii="Arial" w:hAnsi="Arial"/>
                <w:color w:val="333333"/>
                <w:sz w:val="20"/>
                <w:szCs w:val="20"/>
              </w:rPr>
              <w:t>[  ]</w:t>
            </w:r>
            <w:proofErr w:type="gramEnd"/>
            <w:r w:rsidRPr="000304B7">
              <w:rPr>
                <w:rFonts w:ascii="Arial" w:hAnsi="Arial"/>
                <w:color w:val="333333"/>
                <w:sz w:val="20"/>
                <w:szCs w:val="20"/>
              </w:rPr>
              <w:t xml:space="preserve"> IT Security</w:t>
            </w:r>
          </w:p>
        </w:tc>
      </w:tr>
      <w:tr w:rsidR="000304B7" w:rsidRPr="000304B7" w14:paraId="29A66856" w14:textId="77777777" w:rsidTr="003F5A41">
        <w:trPr>
          <w:jc w:val="center"/>
        </w:trPr>
        <w:tc>
          <w:tcPr>
            <w:tcW w:w="5400" w:type="dxa"/>
          </w:tcPr>
          <w:p w14:paraId="62092103" w14:textId="77777777" w:rsidR="000304B7" w:rsidRPr="000304B7" w:rsidRDefault="000304B7" w:rsidP="003F5A41">
            <w:pPr>
              <w:spacing w:before="40" w:after="40"/>
              <w:rPr>
                <w:rFonts w:ascii="Arial" w:hAnsi="Arial"/>
                <w:color w:val="333333"/>
                <w:sz w:val="20"/>
                <w:szCs w:val="20"/>
              </w:rPr>
            </w:pPr>
            <w:proofErr w:type="gramStart"/>
            <w:r w:rsidRPr="000304B7">
              <w:rPr>
                <w:rFonts w:ascii="Arial" w:hAnsi="Arial"/>
                <w:color w:val="333333"/>
                <w:sz w:val="20"/>
                <w:szCs w:val="20"/>
              </w:rPr>
              <w:t>[  ]</w:t>
            </w:r>
            <w:proofErr w:type="gramEnd"/>
            <w:r w:rsidRPr="000304B7">
              <w:rPr>
                <w:rFonts w:ascii="Arial" w:hAnsi="Arial"/>
                <w:color w:val="333333"/>
                <w:sz w:val="20"/>
                <w:szCs w:val="20"/>
              </w:rPr>
              <w:t xml:space="preserve"> Spreadsheets</w:t>
            </w:r>
          </w:p>
          <w:p w14:paraId="13444B95" w14:textId="77777777" w:rsidR="000304B7" w:rsidRPr="000304B7" w:rsidRDefault="000304B7" w:rsidP="003F5A41">
            <w:pPr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5400" w:type="dxa"/>
          </w:tcPr>
          <w:p w14:paraId="3E143E4A" w14:textId="77777777" w:rsidR="000304B7" w:rsidRPr="000304B7" w:rsidRDefault="000304B7" w:rsidP="003F5A41">
            <w:pPr>
              <w:spacing w:before="40" w:after="40"/>
              <w:rPr>
                <w:sz w:val="20"/>
                <w:szCs w:val="20"/>
              </w:rPr>
            </w:pPr>
          </w:p>
        </w:tc>
      </w:tr>
    </w:tbl>
    <w:p w14:paraId="6FFD81B5" w14:textId="77777777" w:rsidR="000304B7" w:rsidRPr="000304B7" w:rsidRDefault="000304B7" w:rsidP="000304B7">
      <w:pPr>
        <w:spacing w:after="120" w:line="240" w:lineRule="auto"/>
        <w:rPr>
          <w:rFonts w:ascii="Arial" w:hAnsi="Arial"/>
          <w:color w:val="333333"/>
          <w:sz w:val="20"/>
          <w:szCs w:val="20"/>
          <w:lang w:val="it-IT"/>
        </w:rPr>
      </w:pPr>
      <w:r w:rsidRPr="000304B7">
        <w:rPr>
          <w:rFonts w:ascii="Arial" w:hAnsi="Arial"/>
          <w:color w:val="333333"/>
          <w:sz w:val="20"/>
          <w:szCs w:val="20"/>
          <w:lang w:val="it-IT"/>
        </w:rPr>
        <w:t>Borgosesia, ____/____/2026</w:t>
      </w:r>
      <w:r w:rsidRPr="000304B7">
        <w:rPr>
          <w:rFonts w:ascii="Arial" w:hAnsi="Arial"/>
          <w:color w:val="333333"/>
          <w:sz w:val="20"/>
          <w:szCs w:val="20"/>
          <w:lang w:val="it-IT"/>
        </w:rPr>
        <w:br/>
        <w:t xml:space="preserve">Firma dello studente: _____________________________ </w:t>
      </w:r>
      <w:r w:rsidRPr="000304B7">
        <w:rPr>
          <w:rFonts w:ascii="Arial" w:hAnsi="Arial"/>
          <w:color w:val="333333"/>
          <w:sz w:val="20"/>
          <w:szCs w:val="20"/>
          <w:lang w:val="it-IT"/>
        </w:rPr>
        <w:tab/>
        <w:t xml:space="preserve">Firma del genitore: ___________________________ </w:t>
      </w:r>
    </w:p>
    <w:p w14:paraId="299BB3DD" w14:textId="5943A13D" w:rsidR="000304B7" w:rsidRPr="00B0525F" w:rsidRDefault="000304B7" w:rsidP="001D5C18">
      <w:pPr>
        <w:spacing w:after="120" w:line="240" w:lineRule="auto"/>
        <w:ind w:left="5040" w:firstLine="720"/>
        <w:rPr>
          <w:lang w:val="it-IT"/>
        </w:rPr>
      </w:pPr>
      <w:r w:rsidRPr="000304B7">
        <w:rPr>
          <w:rFonts w:ascii="Arial" w:hAnsi="Arial"/>
          <w:color w:val="333333"/>
          <w:sz w:val="20"/>
          <w:szCs w:val="20"/>
          <w:lang w:val="it-IT"/>
        </w:rPr>
        <w:t>(Se minorenne)</w:t>
      </w:r>
    </w:p>
    <w:sectPr w:rsidR="000304B7" w:rsidRPr="00B0525F" w:rsidSect="009B36CF">
      <w:pgSz w:w="12240" w:h="15840"/>
      <w:pgMar w:top="720" w:right="720" w:bottom="42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AE718F4"/>
    <w:multiLevelType w:val="hybridMultilevel"/>
    <w:tmpl w:val="17047D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8914573">
    <w:abstractNumId w:val="8"/>
  </w:num>
  <w:num w:numId="2" w16cid:durableId="1144541823">
    <w:abstractNumId w:val="6"/>
  </w:num>
  <w:num w:numId="3" w16cid:durableId="61029434">
    <w:abstractNumId w:val="5"/>
  </w:num>
  <w:num w:numId="4" w16cid:durableId="1845630371">
    <w:abstractNumId w:val="4"/>
  </w:num>
  <w:num w:numId="5" w16cid:durableId="496384223">
    <w:abstractNumId w:val="7"/>
  </w:num>
  <w:num w:numId="6" w16cid:durableId="512499523">
    <w:abstractNumId w:val="3"/>
  </w:num>
  <w:num w:numId="7" w16cid:durableId="180171256">
    <w:abstractNumId w:val="2"/>
  </w:num>
  <w:num w:numId="8" w16cid:durableId="335232863">
    <w:abstractNumId w:val="1"/>
  </w:num>
  <w:num w:numId="9" w16cid:durableId="187060632">
    <w:abstractNumId w:val="0"/>
  </w:num>
  <w:num w:numId="10" w16cid:durableId="10462252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04B7"/>
    <w:rsid w:val="00034616"/>
    <w:rsid w:val="0006063C"/>
    <w:rsid w:val="000E19AF"/>
    <w:rsid w:val="0015074B"/>
    <w:rsid w:val="00194F52"/>
    <w:rsid w:val="001D5C18"/>
    <w:rsid w:val="001E1869"/>
    <w:rsid w:val="0029639D"/>
    <w:rsid w:val="00326F90"/>
    <w:rsid w:val="00400815"/>
    <w:rsid w:val="0042002D"/>
    <w:rsid w:val="005761AD"/>
    <w:rsid w:val="007217F3"/>
    <w:rsid w:val="00815D62"/>
    <w:rsid w:val="008D5255"/>
    <w:rsid w:val="009B36CF"/>
    <w:rsid w:val="00AA1D8D"/>
    <w:rsid w:val="00AD40E9"/>
    <w:rsid w:val="00B0525F"/>
    <w:rsid w:val="00B47730"/>
    <w:rsid w:val="00BF6222"/>
    <w:rsid w:val="00CB0664"/>
    <w:rsid w:val="00F020BF"/>
    <w:rsid w:val="00F145B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4DE7CF"/>
  <w14:defaultImageDpi w14:val="300"/>
  <w15:docId w15:val="{4A8D9FBE-E1DB-4D6F-ACB6-F58EA93BE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557BF16-B8F6-458E-8A59-C8A0B3040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763</Words>
  <Characters>4353</Characters>
  <Application>Microsoft Office Word</Application>
  <DocSecurity>0</DocSecurity>
  <Lines>36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5106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Luciana Ravaioli</cp:lastModifiedBy>
  <cp:revision>2</cp:revision>
  <cp:lastPrinted>2026-09-04T14:30:00Z</cp:lastPrinted>
  <dcterms:created xsi:type="dcterms:W3CDTF">2026-09-07T16:27:00Z</dcterms:created>
  <dcterms:modified xsi:type="dcterms:W3CDTF">2026-09-07T16:27:00Z</dcterms:modified>
  <cp:category/>
</cp:coreProperties>
</file>